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5D3A5" w14:textId="77777777" w:rsidR="008B157E" w:rsidRDefault="00000000">
      <w:pPr>
        <w:pStyle w:val="Title"/>
        <w:spacing w:after="100"/>
      </w:pPr>
      <w:r>
        <w:rPr>
          <w:b/>
          <w:color w:val="000000"/>
          <w:sz w:val="36"/>
        </w:rPr>
        <w:t>Index to Published References for William Garden Designs</w:t>
      </w:r>
    </w:p>
    <w:p w14:paraId="13B51D09" w14:textId="77777777" w:rsidR="008B157E" w:rsidRDefault="00000000">
      <w:pPr>
        <w:spacing w:after="200"/>
      </w:pPr>
      <w:r>
        <w:rPr>
          <w:b/>
          <w:color w:val="000000"/>
          <w:sz w:val="22"/>
        </w:rPr>
        <w:t>William Garden Ships Plans Collection  SP Coll. 096</w:t>
      </w:r>
    </w:p>
    <w:p w14:paraId="2627AFAC" w14:textId="77777777" w:rsidR="008B157E" w:rsidRDefault="00000000">
      <w:pPr>
        <w:spacing w:after="120"/>
      </w:pPr>
      <w:r>
        <w:rPr>
          <w:color w:val="000000"/>
        </w:rPr>
        <w:t>This index connects published articles and book entries concerning William Garden designs with vessels, Garden design numbers, and catalog numbers in the William Garden Ships Plans Collection. Citations associated with named vessels are grouped under a single heading for each vessel and arranged by vessel name. Citations without vessel names are arranged by the first element of the citation: author when one is supplied and otherwise title. Initial articles are ignored when titles are alphabetized.</w:t>
      </w:r>
    </w:p>
    <w:p w14:paraId="04234103" w14:textId="77777777" w:rsidR="008B157E" w:rsidRDefault="00000000">
      <w:pPr>
        <w:keepNext/>
        <w:spacing w:before="200" w:after="140"/>
      </w:pPr>
      <w:r>
        <w:rPr>
          <w:b/>
          <w:color w:val="000000"/>
          <w:sz w:val="28"/>
        </w:rPr>
        <w:t>Citations associated with specific vessels</w:t>
      </w:r>
    </w:p>
    <w:p w14:paraId="5781C67D" w14:textId="77777777" w:rsidR="008B157E" w:rsidRDefault="00000000">
      <w:pPr>
        <w:keepNext/>
        <w:spacing w:before="160"/>
      </w:pPr>
      <w:r>
        <w:rPr>
          <w:b/>
          <w:color w:val="1F4E78"/>
          <w:sz w:val="26"/>
        </w:rPr>
        <w:t>A</w:t>
      </w:r>
    </w:p>
    <w:p w14:paraId="28A87E4E" w14:textId="77777777" w:rsidR="008B157E" w:rsidRDefault="00000000">
      <w:pPr>
        <w:keepNext/>
        <w:spacing w:before="160" w:after="60"/>
        <w:ind w:left="317"/>
      </w:pPr>
      <w:r>
        <w:rPr>
          <w:b/>
          <w:color w:val="000000"/>
        </w:rPr>
        <w:t>AFRICA</w:t>
      </w:r>
    </w:p>
    <w:p w14:paraId="63024875" w14:textId="77777777" w:rsidR="008B157E" w:rsidRDefault="00000000">
      <w:pPr>
        <w:keepLines/>
        <w:spacing w:after="140" w:line="245" w:lineRule="auto"/>
        <w:ind w:left="634" w:hanging="317"/>
      </w:pPr>
      <w:r>
        <w:rPr>
          <w:color w:val="000000"/>
          <w:sz w:val="18"/>
        </w:rPr>
        <w:t>Type: cruiser;  Length overall: 25' 4";  Owner: Rupert Broom;  Builder: LeClercq &amp; Garden;  Garden design: 25</w:t>
      </w:r>
      <w:r>
        <w:br/>
      </w:r>
      <w:r>
        <w:rPr>
          <w:color w:val="000000"/>
        </w:rPr>
        <w:t>“AFRICA, a cruiser from Seattle.” Yachting, Jul 1941, pp. 60.</w:t>
      </w:r>
    </w:p>
    <w:p w14:paraId="69A28D56" w14:textId="77777777" w:rsidR="008B157E" w:rsidRDefault="00000000">
      <w:pPr>
        <w:keepNext/>
        <w:spacing w:before="160" w:after="60"/>
        <w:ind w:left="317"/>
      </w:pPr>
      <w:r>
        <w:rPr>
          <w:b/>
          <w:color w:val="000000"/>
        </w:rPr>
        <w:t>ALEUTIAN TERN</w:t>
      </w:r>
    </w:p>
    <w:p w14:paraId="1C151E78" w14:textId="77777777" w:rsidR="008B157E" w:rsidRDefault="00000000">
      <w:pPr>
        <w:keepLines/>
        <w:spacing w:after="140" w:line="245" w:lineRule="auto"/>
        <w:ind w:left="634" w:hanging="317"/>
      </w:pPr>
      <w:r>
        <w:rPr>
          <w:color w:val="000000"/>
          <w:sz w:val="18"/>
        </w:rPr>
        <w:t>Type: halibut schooner;  Length overall: 38';  Owner: Warren Teller;  Builder: Warren Teller;  Garden design: 478;  SP Coll. 096 catalog: 96.395</w:t>
      </w:r>
      <w:r>
        <w:br/>
      </w:r>
      <w:r>
        <w:rPr>
          <w:color w:val="000000"/>
        </w:rPr>
        <w:t>“Seagoing Power Boats with steadying sails.” 100 Yacht &amp; Vessel Designs, pp. 37.</w:t>
      </w:r>
    </w:p>
    <w:p w14:paraId="713EAF97" w14:textId="77777777" w:rsidR="008B157E" w:rsidRDefault="00000000">
      <w:pPr>
        <w:keepNext/>
        <w:spacing w:before="160" w:after="60"/>
        <w:ind w:left="317"/>
      </w:pPr>
      <w:r>
        <w:rPr>
          <w:b/>
          <w:color w:val="000000"/>
        </w:rPr>
        <w:t>AVANZAR</w:t>
      </w:r>
    </w:p>
    <w:p w14:paraId="0CE3376F" w14:textId="77777777" w:rsidR="008B157E" w:rsidRDefault="00000000">
      <w:pPr>
        <w:keepLines/>
        <w:spacing w:after="140" w:line="245" w:lineRule="auto"/>
        <w:ind w:left="634" w:hanging="317"/>
      </w:pPr>
      <w:r>
        <w:rPr>
          <w:color w:val="000000"/>
          <w:sz w:val="18"/>
        </w:rPr>
        <w:t>Type: power yacht;  Length overall: 67' 9";  Garden design: 616</w:t>
      </w:r>
      <w:r>
        <w:br/>
      </w:r>
      <w:r>
        <w:rPr>
          <w:color w:val="000000"/>
        </w:rPr>
        <w:t>Garden, W. “Bayline Express.” Yacht Designs II, pp. 162.</w:t>
      </w:r>
    </w:p>
    <w:p w14:paraId="03D24F4E" w14:textId="77777777" w:rsidR="008B157E" w:rsidRDefault="00000000">
      <w:pPr>
        <w:keepNext/>
        <w:spacing w:before="160"/>
      </w:pPr>
      <w:r>
        <w:rPr>
          <w:b/>
          <w:color w:val="1F4E78"/>
          <w:sz w:val="26"/>
        </w:rPr>
        <w:t>B</w:t>
      </w:r>
    </w:p>
    <w:p w14:paraId="36391CBB" w14:textId="77777777" w:rsidR="008B157E" w:rsidRDefault="00000000">
      <w:pPr>
        <w:keepNext/>
        <w:spacing w:before="160" w:after="60"/>
        <w:ind w:left="317"/>
      </w:pPr>
      <w:r>
        <w:rPr>
          <w:b/>
          <w:color w:val="000000"/>
        </w:rPr>
        <w:t>BANSHEE II</w:t>
      </w:r>
    </w:p>
    <w:p w14:paraId="48101104" w14:textId="77777777" w:rsidR="008B157E" w:rsidRDefault="00000000">
      <w:pPr>
        <w:keepLines/>
        <w:spacing w:after="140" w:line="245" w:lineRule="auto"/>
        <w:ind w:left="634" w:hanging="317"/>
      </w:pPr>
      <w:r>
        <w:rPr>
          <w:color w:val="000000"/>
          <w:sz w:val="18"/>
        </w:rPr>
        <w:t>Type: ketch;  Length overall: 34' 6";  Owner: Chester Dawson;  Garden design: 84</w:t>
      </w:r>
      <w:r>
        <w:br/>
      </w:r>
      <w:r>
        <w:rPr>
          <w:color w:val="000000"/>
        </w:rPr>
        <w:t>“BANSHEE II, a small auxiliary cruising ketch.” Yachting, Apr 1944, pp. 72.</w:t>
      </w:r>
    </w:p>
    <w:p w14:paraId="2B69B38D" w14:textId="77777777" w:rsidR="008B157E" w:rsidRDefault="00000000">
      <w:pPr>
        <w:keepNext/>
        <w:spacing w:before="160" w:after="60"/>
        <w:ind w:left="317"/>
      </w:pPr>
      <w:r>
        <w:rPr>
          <w:b/>
          <w:color w:val="000000"/>
        </w:rPr>
        <w:t>BEACH BOY</w:t>
      </w:r>
    </w:p>
    <w:p w14:paraId="1119EDAF" w14:textId="5921FDB2" w:rsidR="008B157E" w:rsidRDefault="00000000">
      <w:pPr>
        <w:keepLines/>
        <w:spacing w:after="140" w:line="245" w:lineRule="auto"/>
        <w:ind w:left="634" w:hanging="317"/>
      </w:pPr>
      <w:r>
        <w:rPr>
          <w:color w:val="000000"/>
          <w:sz w:val="18"/>
        </w:rPr>
        <w:t>Type: power yacht;  Length overall: 32';  Garden design: 583</w:t>
      </w:r>
      <w:r>
        <w:br/>
      </w:r>
      <w:r>
        <w:rPr>
          <w:color w:val="000000"/>
        </w:rPr>
        <w:t>Garden, W. “BEACH BOY.” Yacht Designs II, pp. 148.</w:t>
      </w:r>
      <w:r>
        <w:rPr>
          <w:color w:val="9C5700"/>
          <w:sz w:val="18"/>
        </w:rPr>
        <w:br/>
      </w:r>
      <w:r w:rsidR="000D3AEC">
        <w:rPr>
          <w:color w:val="9C5700"/>
          <w:sz w:val="18"/>
        </w:rPr>
        <w:t>Plans not available</w:t>
      </w:r>
    </w:p>
    <w:p w14:paraId="2AC014AA" w14:textId="77777777" w:rsidR="008B157E" w:rsidRDefault="00000000">
      <w:pPr>
        <w:keepNext/>
        <w:spacing w:before="160" w:after="60"/>
        <w:ind w:left="317"/>
      </w:pPr>
      <w:r>
        <w:rPr>
          <w:b/>
          <w:color w:val="000000"/>
        </w:rPr>
        <w:t>BEAGLE</w:t>
      </w:r>
    </w:p>
    <w:p w14:paraId="25E5792E" w14:textId="77777777" w:rsidR="008B157E" w:rsidRDefault="00000000">
      <w:pPr>
        <w:keepLines/>
        <w:spacing w:after="140" w:line="245" w:lineRule="auto"/>
        <w:ind w:left="634" w:hanging="317"/>
      </w:pPr>
      <w:r>
        <w:rPr>
          <w:color w:val="000000"/>
          <w:sz w:val="18"/>
        </w:rPr>
        <w:t>Type: cruiser;  Length overall: 58';  Owner: Geo. A. Mitchell;  Builder: Fellows &amp; Stewart/San Pedro, CA;  Garden design: 227A;  SP Coll. 096 catalog: 96.134</w:t>
      </w:r>
      <w:r>
        <w:br/>
      </w:r>
      <w:r>
        <w:rPr>
          <w:color w:val="000000"/>
        </w:rPr>
        <w:t>“BEAGLE.” 100 Yacht &amp; Vessel Designs, pp. 30.</w:t>
      </w:r>
    </w:p>
    <w:p w14:paraId="6F668EC2" w14:textId="77777777" w:rsidR="008B157E" w:rsidRDefault="00000000">
      <w:pPr>
        <w:keepNext/>
        <w:spacing w:before="160" w:after="60"/>
        <w:ind w:left="317"/>
      </w:pPr>
      <w:r>
        <w:rPr>
          <w:b/>
          <w:color w:val="000000"/>
        </w:rPr>
        <w:t>BECKY B</w:t>
      </w:r>
    </w:p>
    <w:p w14:paraId="4C7F9965" w14:textId="39A7B0E0" w:rsidR="008B157E" w:rsidRDefault="00000000">
      <w:pPr>
        <w:keepLines/>
        <w:spacing w:after="140" w:line="245" w:lineRule="auto"/>
        <w:ind w:left="634" w:hanging="317"/>
      </w:pPr>
      <w:r>
        <w:rPr>
          <w:color w:val="000000"/>
          <w:sz w:val="18"/>
        </w:rPr>
        <w:t>Type: cruiser;  Length overall: 47';  Owner: Dr. E.E. Banfield;  Builder: Starlet Corp;  Garden design: 445</w:t>
      </w:r>
      <w:r>
        <w:br/>
      </w:r>
      <w:r>
        <w:rPr>
          <w:color w:val="000000"/>
        </w:rPr>
        <w:t>“BECKY B.” 100 Yacht &amp; Vessel Designs, pp. 21.</w:t>
      </w:r>
      <w:r>
        <w:rPr>
          <w:color w:val="9C5700"/>
          <w:sz w:val="18"/>
        </w:rPr>
        <w:br/>
      </w:r>
      <w:r w:rsidR="000D3AEC">
        <w:rPr>
          <w:color w:val="9C5700"/>
          <w:sz w:val="18"/>
        </w:rPr>
        <w:t>Title supplied from vessel name</w:t>
      </w:r>
    </w:p>
    <w:p w14:paraId="562C8757" w14:textId="77777777" w:rsidR="008B157E" w:rsidRDefault="00000000">
      <w:pPr>
        <w:keepNext/>
        <w:spacing w:before="160" w:after="60"/>
        <w:ind w:left="317"/>
      </w:pPr>
      <w:r>
        <w:rPr>
          <w:b/>
          <w:color w:val="000000"/>
        </w:rPr>
        <w:t>BICCAMEER 300</w:t>
      </w:r>
    </w:p>
    <w:p w14:paraId="0550F1AC" w14:textId="77777777" w:rsidR="008B157E" w:rsidRDefault="00000000">
      <w:pPr>
        <w:keepLines/>
        <w:spacing w:after="140" w:line="245" w:lineRule="auto"/>
        <w:ind w:left="634" w:hanging="317"/>
      </w:pPr>
      <w:r>
        <w:rPr>
          <w:color w:val="000000"/>
          <w:sz w:val="18"/>
        </w:rPr>
        <w:t>Length overall: 30';  Garden design: 611;  SP Coll. 096 catalog: 96.492</w:t>
      </w:r>
      <w:r>
        <w:br/>
      </w:r>
      <w:r>
        <w:rPr>
          <w:color w:val="000000"/>
        </w:rPr>
        <w:t>Garden, W. “SWOOP and BUCCANEER 300.” Yacht Designs: Rev, pp. 99.</w:t>
      </w:r>
    </w:p>
    <w:p w14:paraId="0D53F787" w14:textId="77777777" w:rsidR="008B157E" w:rsidRDefault="00000000">
      <w:pPr>
        <w:keepNext/>
        <w:spacing w:before="160" w:after="60"/>
        <w:ind w:left="317"/>
      </w:pPr>
      <w:r>
        <w:rPr>
          <w:b/>
          <w:color w:val="000000"/>
        </w:rPr>
        <w:t>BLACKFISH</w:t>
      </w:r>
    </w:p>
    <w:p w14:paraId="694BB7AE" w14:textId="77777777" w:rsidR="008B157E" w:rsidRDefault="00000000">
      <w:pPr>
        <w:keepLines/>
        <w:spacing w:after="140" w:line="245" w:lineRule="auto"/>
        <w:ind w:left="634" w:hanging="317"/>
      </w:pPr>
      <w:r>
        <w:rPr>
          <w:color w:val="000000"/>
          <w:sz w:val="18"/>
        </w:rPr>
        <w:t>Type: cruiser;  Length overall: 55';  Owner: Lee Chambers;  Garden design: 250</w:t>
      </w:r>
      <w:r>
        <w:br/>
      </w:r>
      <w:r>
        <w:rPr>
          <w:color w:val="000000"/>
        </w:rPr>
        <w:t>“Husky West Coast cruiser by Garden.” Yachting, Jun 1952, pp. 62.</w:t>
      </w:r>
    </w:p>
    <w:p w14:paraId="18D26C8C" w14:textId="77777777" w:rsidR="008B157E" w:rsidRDefault="00000000">
      <w:pPr>
        <w:keepNext/>
        <w:spacing w:before="160" w:after="60"/>
        <w:ind w:left="317"/>
      </w:pPr>
      <w:r>
        <w:rPr>
          <w:b/>
          <w:color w:val="000000"/>
        </w:rPr>
        <w:lastRenderedPageBreak/>
        <w:t>BLISTER BOAT</w:t>
      </w:r>
    </w:p>
    <w:p w14:paraId="5B9B04A2" w14:textId="77777777" w:rsidR="008B157E" w:rsidRDefault="00000000">
      <w:pPr>
        <w:keepLines/>
        <w:spacing w:after="140" w:line="245" w:lineRule="auto"/>
        <w:ind w:left="634" w:hanging="317"/>
      </w:pPr>
      <w:r>
        <w:rPr>
          <w:color w:val="000000"/>
          <w:sz w:val="18"/>
        </w:rPr>
        <w:t>Type: pulling boats</w:t>
      </w:r>
      <w:r>
        <w:br/>
      </w:r>
      <w:r>
        <w:rPr>
          <w:color w:val="000000"/>
        </w:rPr>
        <w:t>Garden, W. “BLISTER BOAT and QUEEN'S GIG, two pulling boats.” Yacht Designs: Rev, pp. 16.</w:t>
      </w:r>
    </w:p>
    <w:p w14:paraId="650DA985" w14:textId="77777777" w:rsidR="008B157E" w:rsidRDefault="00000000">
      <w:pPr>
        <w:keepNext/>
        <w:spacing w:before="160" w:after="60"/>
        <w:ind w:left="317"/>
      </w:pPr>
      <w:r>
        <w:rPr>
          <w:b/>
          <w:color w:val="000000"/>
        </w:rPr>
        <w:t>BLUE HERON</w:t>
      </w:r>
    </w:p>
    <w:p w14:paraId="582D3805" w14:textId="77777777" w:rsidR="008B157E" w:rsidRDefault="00000000">
      <w:pPr>
        <w:keepLines/>
        <w:spacing w:after="140" w:line="245" w:lineRule="auto"/>
        <w:ind w:left="634" w:hanging="317"/>
      </w:pPr>
      <w:r>
        <w:rPr>
          <w:color w:val="000000"/>
          <w:sz w:val="18"/>
        </w:rPr>
        <w:t>Type: diesel yacht;  Length overall: 63';  Owner: Winslow Jones;  Builder: Blanchard Boat Co.;  Garden design: 379;  SP Coll. 096 catalog: 96.299</w:t>
      </w:r>
      <w:r>
        <w:br/>
      </w:r>
      <w:r>
        <w:rPr>
          <w:color w:val="000000"/>
        </w:rPr>
        <w:t>“Blue Heron I.” 100 Yacht &amp; Vessel Designs, pp. 25.</w:t>
      </w:r>
    </w:p>
    <w:p w14:paraId="59CAF673" w14:textId="77777777" w:rsidR="008B157E" w:rsidRDefault="00000000">
      <w:pPr>
        <w:keepLines/>
        <w:spacing w:after="140" w:line="245" w:lineRule="auto"/>
        <w:ind w:left="634" w:hanging="317"/>
      </w:pPr>
      <w:r>
        <w:rPr>
          <w:color w:val="000000"/>
          <w:sz w:val="18"/>
        </w:rPr>
        <w:t>Type: diesel yacht;  Length overall: 68';  Owner: Winslow Jones;  Builder: Blanchard Boat Co.;  Garden design: 430;  SP Coll. 096 catalog: 96.347</w:t>
      </w:r>
      <w:r>
        <w:br/>
      </w:r>
      <w:r>
        <w:rPr>
          <w:color w:val="000000"/>
        </w:rPr>
        <w:t>“Cruising boat by Garden.” 100 Yacht &amp; Vessel Designs, pp. 25.</w:t>
      </w:r>
    </w:p>
    <w:p w14:paraId="5A5D836D" w14:textId="77777777" w:rsidR="008B157E" w:rsidRDefault="00000000">
      <w:pPr>
        <w:keepNext/>
        <w:spacing w:before="160" w:after="60"/>
        <w:ind w:left="317"/>
      </w:pPr>
      <w:r>
        <w:rPr>
          <w:b/>
          <w:color w:val="000000"/>
        </w:rPr>
        <w:t>BLUE HERON III</w:t>
      </w:r>
    </w:p>
    <w:p w14:paraId="5087CAC8" w14:textId="77777777" w:rsidR="008B157E" w:rsidRDefault="00000000">
      <w:pPr>
        <w:keepLines/>
        <w:spacing w:after="140" w:line="245" w:lineRule="auto"/>
        <w:ind w:left="634" w:hanging="317"/>
      </w:pPr>
      <w:r>
        <w:rPr>
          <w:color w:val="000000"/>
          <w:sz w:val="18"/>
        </w:rPr>
        <w:t>Length overall: 63' 6";  Garden design: 535;  SP Coll. 096 catalog: 96.443</w:t>
      </w:r>
      <w:r>
        <w:br/>
      </w:r>
      <w:r>
        <w:rPr>
          <w:color w:val="000000"/>
        </w:rPr>
        <w:t>Garden, W. “BLUE HERON III.” Yacht Designs: Rev, pp. 294.</w:t>
      </w:r>
    </w:p>
    <w:p w14:paraId="047B40DD" w14:textId="77777777" w:rsidR="008B157E" w:rsidRDefault="00000000">
      <w:pPr>
        <w:keepLines/>
        <w:spacing w:after="140" w:line="245" w:lineRule="auto"/>
        <w:ind w:left="634" w:hanging="317"/>
      </w:pPr>
      <w:r>
        <w:rPr>
          <w:color w:val="000000"/>
          <w:sz w:val="18"/>
        </w:rPr>
        <w:t>Length overall: 63' 6";  Garden design: 535;  SP Coll. 096 catalog: 96.443</w:t>
      </w:r>
      <w:r>
        <w:br/>
      </w:r>
      <w:r>
        <w:rPr>
          <w:color w:val="000000"/>
        </w:rPr>
        <w:t>Garden, W. “BLUE HERON III: a diesel yacht.” Yacht Designs, 1977, pp. 192.</w:t>
      </w:r>
    </w:p>
    <w:p w14:paraId="07740879" w14:textId="77777777" w:rsidR="008B157E" w:rsidRDefault="00000000">
      <w:pPr>
        <w:keepNext/>
        <w:spacing w:before="160" w:after="60"/>
        <w:ind w:left="317"/>
      </w:pPr>
      <w:r>
        <w:rPr>
          <w:b/>
          <w:color w:val="000000"/>
        </w:rPr>
        <w:t>BOATHOUSE #5</w:t>
      </w:r>
    </w:p>
    <w:p w14:paraId="0975C78D" w14:textId="77777777" w:rsidR="008B157E" w:rsidRDefault="00000000">
      <w:pPr>
        <w:keepLines/>
        <w:spacing w:after="140" w:line="245" w:lineRule="auto"/>
        <w:ind w:left="634" w:hanging="317"/>
      </w:pPr>
      <w:r>
        <w:rPr>
          <w:color w:val="000000"/>
          <w:sz w:val="18"/>
        </w:rPr>
        <w:t>Type: launch;  Length overall: 20';  Garden design: 621;  SP Coll. 096 catalog: 96.506</w:t>
      </w:r>
      <w:r>
        <w:br/>
      </w:r>
      <w:r>
        <w:rPr>
          <w:color w:val="000000"/>
        </w:rPr>
        <w:t>Garden, W. “BOATHOUSE.” Yacht Designs: Rev, pp. 196.</w:t>
      </w:r>
    </w:p>
    <w:p w14:paraId="06752B8A" w14:textId="77777777" w:rsidR="008B157E" w:rsidRDefault="00000000">
      <w:pPr>
        <w:keepNext/>
        <w:spacing w:before="160" w:after="60"/>
        <w:ind w:left="317"/>
      </w:pPr>
      <w:r>
        <w:rPr>
          <w:b/>
          <w:color w:val="000000"/>
        </w:rPr>
        <w:t>BOLERO</w:t>
      </w:r>
    </w:p>
    <w:p w14:paraId="58141344" w14:textId="77777777" w:rsidR="008B157E" w:rsidRDefault="00000000">
      <w:pPr>
        <w:keepLines/>
        <w:spacing w:after="140" w:line="245" w:lineRule="auto"/>
        <w:ind w:left="634" w:hanging="317"/>
      </w:pPr>
      <w:r>
        <w:rPr>
          <w:color w:val="000000"/>
          <w:sz w:val="18"/>
        </w:rPr>
        <w:t>Length overall: 40';  Garden design: 472;  SP Coll. 096 catalog: 96.39</w:t>
      </w:r>
      <w:r>
        <w:br/>
      </w:r>
      <w:r>
        <w:rPr>
          <w:color w:val="000000"/>
        </w:rPr>
        <w:t>Garden, W. “BOLERO and FAST PASSAGE 39.” Yacht Designs II, pp. 22.</w:t>
      </w:r>
    </w:p>
    <w:p w14:paraId="1533F225" w14:textId="77777777" w:rsidR="008B157E" w:rsidRDefault="00000000">
      <w:pPr>
        <w:keepNext/>
        <w:spacing w:before="160" w:after="60"/>
        <w:ind w:left="317"/>
      </w:pPr>
      <w:r>
        <w:rPr>
          <w:b/>
          <w:color w:val="000000"/>
        </w:rPr>
        <w:t>BON ACCORD</w:t>
      </w:r>
    </w:p>
    <w:p w14:paraId="04DD3223" w14:textId="77777777" w:rsidR="008B157E" w:rsidRDefault="00000000">
      <w:pPr>
        <w:keepLines/>
        <w:spacing w:after="140" w:line="245" w:lineRule="auto"/>
        <w:ind w:left="634" w:hanging="317"/>
      </w:pPr>
      <w:r>
        <w:rPr>
          <w:color w:val="000000"/>
          <w:sz w:val="18"/>
        </w:rPr>
        <w:t>Type: cruiser;  Length overall: 30' 2";  Garden design: 683;  SP Coll. 096 catalog: 96.529</w:t>
      </w:r>
      <w:r>
        <w:br/>
      </w:r>
      <w:r>
        <w:rPr>
          <w:color w:val="000000"/>
        </w:rPr>
        <w:t>Garden, W. “BON ACCORD.” Yacht Designs: Rev, pp. 211.</w:t>
      </w:r>
    </w:p>
    <w:p w14:paraId="34D92123" w14:textId="77777777" w:rsidR="008B157E" w:rsidRDefault="00000000">
      <w:pPr>
        <w:keepNext/>
        <w:spacing w:before="160" w:after="60"/>
        <w:ind w:left="317"/>
      </w:pPr>
      <w:r>
        <w:rPr>
          <w:b/>
          <w:color w:val="000000"/>
        </w:rPr>
        <w:t>BUCCANEER 300</w:t>
      </w:r>
    </w:p>
    <w:p w14:paraId="08D90CF1" w14:textId="77777777" w:rsidR="008B157E" w:rsidRDefault="00000000">
      <w:pPr>
        <w:keepLines/>
        <w:spacing w:after="140" w:line="245" w:lineRule="auto"/>
        <w:ind w:left="634" w:hanging="317"/>
      </w:pPr>
      <w:r>
        <w:rPr>
          <w:color w:val="000000"/>
        </w:rPr>
        <w:t>Garden, W. “BUCCANEER 300 and SWOOP, two contrasts.” Yacht Designs, 1977, pp. 69.</w:t>
      </w:r>
    </w:p>
    <w:p w14:paraId="09D22922" w14:textId="77777777" w:rsidR="008B157E" w:rsidRDefault="00000000">
      <w:pPr>
        <w:keepNext/>
        <w:spacing w:before="160" w:after="60"/>
        <w:ind w:left="317"/>
      </w:pPr>
      <w:r>
        <w:rPr>
          <w:b/>
          <w:color w:val="000000"/>
        </w:rPr>
        <w:t>BULL FROG</w:t>
      </w:r>
    </w:p>
    <w:p w14:paraId="5E80BDF0" w14:textId="77777777" w:rsidR="008B157E" w:rsidRDefault="00000000">
      <w:pPr>
        <w:keepLines/>
        <w:spacing w:after="140" w:line="245" w:lineRule="auto"/>
        <w:ind w:left="634" w:hanging="317"/>
      </w:pPr>
      <w:r>
        <w:rPr>
          <w:color w:val="000000"/>
          <w:sz w:val="18"/>
        </w:rPr>
        <w:t>Type: cutter;  Length overall: 30' 4';  Owner: Robert Ellis;  Builder: Lester Franck;  Garden design: 580</w:t>
      </w:r>
      <w:r>
        <w:br/>
      </w:r>
      <w:r>
        <w:rPr>
          <w:color w:val="000000"/>
        </w:rPr>
        <w:t>Garden, W. “BULL FROG.” Yacht Designs: Rev, pp. 90.</w:t>
      </w:r>
    </w:p>
    <w:p w14:paraId="0C03900F" w14:textId="3E875482" w:rsidR="008B157E" w:rsidRDefault="00000000">
      <w:pPr>
        <w:keepLines/>
        <w:spacing w:after="140" w:line="245" w:lineRule="auto"/>
        <w:ind w:left="634" w:hanging="317"/>
      </w:pPr>
      <w:r>
        <w:rPr>
          <w:color w:val="000000"/>
          <w:sz w:val="18"/>
        </w:rPr>
        <w:t>Type: cutter;  Length overall: 30';  Garden design: 114;  SP Coll. 096 catalog: 96.57</w:t>
      </w:r>
      <w:r>
        <w:br/>
      </w:r>
      <w:r>
        <w:rPr>
          <w:color w:val="000000"/>
        </w:rPr>
        <w:t>“BULL FROG.” First Book of Boats, pp. 86-9.</w:t>
      </w:r>
      <w:r>
        <w:rPr>
          <w:color w:val="9C5700"/>
          <w:sz w:val="18"/>
        </w:rPr>
        <w:br/>
      </w:r>
      <w:r w:rsidR="000D3AEC">
        <w:rPr>
          <w:color w:val="9C5700"/>
          <w:sz w:val="18"/>
        </w:rPr>
        <w:t>Title supplied from vessel name</w:t>
      </w:r>
    </w:p>
    <w:p w14:paraId="7FBA4A30" w14:textId="77777777" w:rsidR="008B157E" w:rsidRDefault="00000000">
      <w:pPr>
        <w:keepLines/>
        <w:spacing w:after="140" w:line="245" w:lineRule="auto"/>
        <w:ind w:left="634" w:hanging="317"/>
      </w:pPr>
      <w:r>
        <w:rPr>
          <w:color w:val="000000"/>
          <w:sz w:val="18"/>
        </w:rPr>
        <w:t>Type: cutter;  Length overall: 30' 4';  Garden design: 580</w:t>
      </w:r>
      <w:r>
        <w:br/>
      </w:r>
      <w:r>
        <w:rPr>
          <w:color w:val="000000"/>
        </w:rPr>
        <w:t>Garden, W. “BULL FROG:a cruising double-ender.” Yacht Designs, 1977, pp. 60.</w:t>
      </w:r>
    </w:p>
    <w:p w14:paraId="28BD233A" w14:textId="77777777" w:rsidR="008B157E" w:rsidRDefault="00000000">
      <w:pPr>
        <w:keepLines/>
        <w:spacing w:after="140" w:line="245" w:lineRule="auto"/>
        <w:ind w:left="634" w:hanging="317"/>
      </w:pPr>
      <w:r>
        <w:rPr>
          <w:color w:val="000000"/>
          <w:sz w:val="18"/>
        </w:rPr>
        <w:t>Type: cutter;  Length overall: 30';  Owner: Robert Ellis;  Builder: Lester Franck;  Garden design: 90;  SP Coll. 096 catalog: 96.39</w:t>
      </w:r>
      <w:r>
        <w:br/>
      </w:r>
      <w:r>
        <w:rPr>
          <w:color w:val="000000"/>
        </w:rPr>
        <w:t>“Seagoing 30-foot cutter.” Yachting, Aug 1947, pp. 79.</w:t>
      </w:r>
    </w:p>
    <w:p w14:paraId="7AFD316C" w14:textId="77777777" w:rsidR="008B157E" w:rsidRDefault="00000000">
      <w:pPr>
        <w:keepNext/>
        <w:spacing w:before="160" w:after="60"/>
        <w:ind w:left="317"/>
      </w:pPr>
      <w:r>
        <w:rPr>
          <w:b/>
          <w:color w:val="000000"/>
        </w:rPr>
        <w:t>BURNADO</w:t>
      </w:r>
    </w:p>
    <w:p w14:paraId="5E5DF5C4" w14:textId="77777777" w:rsidR="008B157E" w:rsidRDefault="00000000">
      <w:pPr>
        <w:keepLines/>
        <w:spacing w:after="140" w:line="245" w:lineRule="auto"/>
        <w:ind w:left="634" w:hanging="317"/>
      </w:pPr>
      <w:r>
        <w:rPr>
          <w:color w:val="000000"/>
          <w:sz w:val="18"/>
        </w:rPr>
        <w:t>Type: cruiser;  Length overall: 42';  Owner: Burns Brown;  Builder: Starlet Corp;  Garden design: 447;  SP Coll. 096 catalog: 96.366</w:t>
      </w:r>
      <w:r>
        <w:br/>
      </w:r>
      <w:r>
        <w:rPr>
          <w:color w:val="000000"/>
        </w:rPr>
        <w:t>“Wanderer class diesel cruisers Plan A.” 100 Yacht &amp; Vessel Designs, pp. 24.</w:t>
      </w:r>
    </w:p>
    <w:p w14:paraId="55AA5205" w14:textId="77777777" w:rsidR="008B157E" w:rsidRDefault="00000000">
      <w:pPr>
        <w:keepNext/>
        <w:spacing w:before="160"/>
      </w:pPr>
      <w:r>
        <w:rPr>
          <w:b/>
          <w:color w:val="1F4E78"/>
          <w:sz w:val="26"/>
        </w:rPr>
        <w:t>C</w:t>
      </w:r>
    </w:p>
    <w:p w14:paraId="0219604A" w14:textId="77777777" w:rsidR="008B157E" w:rsidRDefault="00000000">
      <w:pPr>
        <w:keepNext/>
        <w:spacing w:before="160" w:after="60"/>
        <w:ind w:left="317"/>
      </w:pPr>
      <w:r>
        <w:rPr>
          <w:b/>
          <w:color w:val="000000"/>
        </w:rPr>
        <w:t>CAPT. BLACKBURN</w:t>
      </w:r>
    </w:p>
    <w:p w14:paraId="228F9B86" w14:textId="2BBEC636" w:rsidR="008B157E" w:rsidRDefault="00000000">
      <w:pPr>
        <w:keepLines/>
        <w:spacing w:after="140" w:line="245" w:lineRule="auto"/>
        <w:ind w:left="634" w:hanging="317"/>
      </w:pPr>
      <w:r>
        <w:rPr>
          <w:color w:val="000000"/>
          <w:sz w:val="18"/>
        </w:rPr>
        <w:t>Type: cutter/sloop;  Length overall: 27';  Garden design: 677</w:t>
      </w:r>
      <w:r>
        <w:br/>
      </w:r>
      <w:r>
        <w:rPr>
          <w:color w:val="000000"/>
        </w:rPr>
        <w:t>Garden, W. “Cutter/sloop CAPT. BLACKBURN.” Yacht Designs II, pp. 1.</w:t>
      </w:r>
      <w:r>
        <w:rPr>
          <w:color w:val="9C5700"/>
          <w:sz w:val="18"/>
        </w:rPr>
        <w:br/>
      </w:r>
      <w:r w:rsidR="000D3AEC">
        <w:rPr>
          <w:color w:val="9C5700"/>
          <w:sz w:val="18"/>
        </w:rPr>
        <w:t>Plans not available</w:t>
      </w:r>
    </w:p>
    <w:p w14:paraId="7A4E36B3" w14:textId="77777777" w:rsidR="008B157E" w:rsidRDefault="00000000">
      <w:pPr>
        <w:keepNext/>
        <w:spacing w:before="160" w:after="60"/>
        <w:ind w:left="317"/>
      </w:pPr>
      <w:r>
        <w:rPr>
          <w:b/>
          <w:color w:val="000000"/>
        </w:rPr>
        <w:lastRenderedPageBreak/>
        <w:t>CAPTAIN TEACH</w:t>
      </w:r>
    </w:p>
    <w:p w14:paraId="25956BC3" w14:textId="77777777" w:rsidR="008B157E" w:rsidRDefault="00000000">
      <w:pPr>
        <w:keepLines/>
        <w:spacing w:after="140" w:line="245" w:lineRule="auto"/>
        <w:ind w:left="634" w:hanging="317"/>
      </w:pPr>
      <w:r>
        <w:rPr>
          <w:color w:val="000000"/>
          <w:sz w:val="18"/>
        </w:rPr>
        <w:t>Length overall: 80'</w:t>
      </w:r>
      <w:r>
        <w:br/>
      </w:r>
      <w:r>
        <w:rPr>
          <w:color w:val="000000"/>
        </w:rPr>
        <w:t>Garden, W. “CAPTAIN TEACH.” Yacht Designs: Rev, pp. 304.</w:t>
      </w:r>
    </w:p>
    <w:p w14:paraId="7053DFB2" w14:textId="77777777" w:rsidR="008B157E" w:rsidRDefault="00000000">
      <w:pPr>
        <w:keepLines/>
        <w:spacing w:after="140" w:line="245" w:lineRule="auto"/>
        <w:ind w:left="634" w:hanging="317"/>
      </w:pPr>
      <w:r>
        <w:rPr>
          <w:color w:val="000000"/>
          <w:sz w:val="18"/>
        </w:rPr>
        <w:t>Length overall: 80'</w:t>
      </w:r>
      <w:r>
        <w:br/>
      </w:r>
      <w:r>
        <w:rPr>
          <w:color w:val="000000"/>
        </w:rPr>
        <w:t>Garden, W. “CAPTAIN TEACH, an economy cruiser.” Yacht Designs, 1977, pp. 199.</w:t>
      </w:r>
    </w:p>
    <w:p w14:paraId="5CB990EB" w14:textId="77777777" w:rsidR="008B157E" w:rsidRDefault="00000000">
      <w:pPr>
        <w:keepNext/>
        <w:spacing w:before="160" w:after="60"/>
        <w:ind w:left="317"/>
      </w:pPr>
      <w:r>
        <w:rPr>
          <w:b/>
          <w:color w:val="000000"/>
        </w:rPr>
        <w:t>CARAVELLE</w:t>
      </w:r>
    </w:p>
    <w:p w14:paraId="55F97EE1" w14:textId="77777777" w:rsidR="008B157E" w:rsidRDefault="00000000">
      <w:pPr>
        <w:keepLines/>
        <w:spacing w:after="140" w:line="245" w:lineRule="auto"/>
        <w:ind w:left="634" w:hanging="317"/>
      </w:pPr>
      <w:r>
        <w:rPr>
          <w:color w:val="000000"/>
          <w:sz w:val="18"/>
        </w:rPr>
        <w:t>Type: cutter;  Length overall: 28' 10"</w:t>
      </w:r>
      <w:r>
        <w:br/>
      </w:r>
      <w:r>
        <w:rPr>
          <w:color w:val="000000"/>
        </w:rPr>
        <w:t>Garden, W. “CARAVELL.” Yacht Designs: Rev, pp. 69.</w:t>
      </w:r>
    </w:p>
    <w:p w14:paraId="5F857313" w14:textId="77777777" w:rsidR="008B157E" w:rsidRDefault="00000000">
      <w:pPr>
        <w:keepNext/>
        <w:spacing w:before="160" w:after="60"/>
        <w:ind w:left="317"/>
      </w:pPr>
      <w:r>
        <w:rPr>
          <w:b/>
          <w:color w:val="000000"/>
        </w:rPr>
        <w:t>CHANEL</w:t>
      </w:r>
    </w:p>
    <w:p w14:paraId="1D9C8AFA" w14:textId="77777777" w:rsidR="008B157E" w:rsidRDefault="00000000">
      <w:pPr>
        <w:keepLines/>
        <w:spacing w:after="140" w:line="245" w:lineRule="auto"/>
        <w:ind w:left="634" w:hanging="317"/>
      </w:pPr>
      <w:r>
        <w:rPr>
          <w:color w:val="000000"/>
          <w:sz w:val="18"/>
        </w:rPr>
        <w:t>Type: motor sailer;  Length overall: 93' 4";  Garden design: 680;  SP Coll. 096 catalog: 96.525</w:t>
      </w:r>
      <w:r>
        <w:br/>
      </w:r>
      <w:r>
        <w:rPr>
          <w:color w:val="000000"/>
        </w:rPr>
        <w:t>Garden, W. “CHANEL.” Yacht Designs II, pp. 124.</w:t>
      </w:r>
    </w:p>
    <w:p w14:paraId="198C61F4" w14:textId="77777777" w:rsidR="008B157E" w:rsidRDefault="00000000">
      <w:pPr>
        <w:keepNext/>
        <w:spacing w:before="160" w:after="60"/>
        <w:ind w:left="317"/>
      </w:pPr>
      <w:r>
        <w:rPr>
          <w:b/>
          <w:color w:val="000000"/>
        </w:rPr>
        <w:t>CHILKAT</w:t>
      </w:r>
    </w:p>
    <w:p w14:paraId="39968BE8" w14:textId="77777777" w:rsidR="008B157E" w:rsidRDefault="00000000">
      <w:pPr>
        <w:keepLines/>
        <w:spacing w:after="140" w:line="245" w:lineRule="auto"/>
        <w:ind w:left="634" w:hanging="317"/>
      </w:pPr>
      <w:r>
        <w:rPr>
          <w:color w:val="000000"/>
          <w:sz w:val="18"/>
        </w:rPr>
        <w:t>Type: auto ferry;  Length overall: 110';  Owner: Territorial Highway Dept;  Builder: J. M. Martinac Shipbuilding corp./Tacoma;  Garden design: 321;  SP Coll. 096 catalog: 96.244</w:t>
      </w:r>
      <w:r>
        <w:br/>
      </w:r>
      <w:r>
        <w:rPr>
          <w:color w:val="000000"/>
        </w:rPr>
        <w:t>“Auto ferry for South Alaska.” 100 Yacht &amp; Vessel Designs, pp. 59.</w:t>
      </w:r>
    </w:p>
    <w:p w14:paraId="5F821AF2" w14:textId="77777777" w:rsidR="008B157E" w:rsidRDefault="00000000">
      <w:pPr>
        <w:keepNext/>
        <w:spacing w:before="160" w:after="60"/>
        <w:ind w:left="317"/>
      </w:pPr>
      <w:r>
        <w:rPr>
          <w:b/>
          <w:color w:val="000000"/>
        </w:rPr>
        <w:t>CLAYMORE</w:t>
      </w:r>
    </w:p>
    <w:p w14:paraId="1D50A3B0" w14:textId="77777777" w:rsidR="008B157E" w:rsidRDefault="00000000">
      <w:pPr>
        <w:keepLines/>
        <w:spacing w:after="140" w:line="245" w:lineRule="auto"/>
        <w:ind w:left="634" w:hanging="317"/>
      </w:pPr>
      <w:r>
        <w:rPr>
          <w:color w:val="000000"/>
          <w:sz w:val="18"/>
        </w:rPr>
        <w:t>Length overall: 70'</w:t>
      </w:r>
      <w:r>
        <w:br/>
      </w:r>
      <w:r>
        <w:rPr>
          <w:color w:val="000000"/>
        </w:rPr>
        <w:t>Garden, W. “CLAYMORE.” Yacht Designs: Rev, pp. 301.</w:t>
      </w:r>
    </w:p>
    <w:p w14:paraId="39A44E63" w14:textId="75AE7D3F" w:rsidR="008B157E" w:rsidRDefault="00000000">
      <w:pPr>
        <w:keepLines/>
        <w:spacing w:after="140" w:line="245" w:lineRule="auto"/>
        <w:ind w:left="634" w:hanging="317"/>
      </w:pPr>
      <w:r>
        <w:rPr>
          <w:color w:val="000000"/>
          <w:sz w:val="18"/>
        </w:rPr>
        <w:t>Type: cruiser</w:t>
      </w:r>
      <w:r>
        <w:br/>
      </w:r>
      <w:r>
        <w:rPr>
          <w:color w:val="000000"/>
        </w:rPr>
        <w:t>Garden, W. “OCEANUS and CLAYMORE, fast cruising yachts.” Yacht Designs, 1977, pp. 124.</w:t>
      </w:r>
      <w:r>
        <w:rPr>
          <w:color w:val="9C5700"/>
          <w:sz w:val="18"/>
        </w:rPr>
        <w:br/>
      </w:r>
      <w:r w:rsidR="000D3AEC">
        <w:rPr>
          <w:color w:val="9C5700"/>
          <w:sz w:val="18"/>
        </w:rPr>
        <w:t>Plans not available</w:t>
      </w:r>
    </w:p>
    <w:p w14:paraId="6F5FEF53" w14:textId="77777777" w:rsidR="008B157E" w:rsidRDefault="00000000">
      <w:pPr>
        <w:keepNext/>
        <w:spacing w:before="160" w:after="60"/>
        <w:ind w:left="317"/>
      </w:pPr>
      <w:r>
        <w:rPr>
          <w:b/>
          <w:color w:val="000000"/>
        </w:rPr>
        <w:t>CONDOR</w:t>
      </w:r>
    </w:p>
    <w:p w14:paraId="4E6D284E" w14:textId="77777777" w:rsidR="008B157E" w:rsidRDefault="00000000">
      <w:pPr>
        <w:keepLines/>
        <w:spacing w:after="140" w:line="245" w:lineRule="auto"/>
        <w:ind w:left="634" w:hanging="317"/>
      </w:pPr>
      <w:r>
        <w:rPr>
          <w:color w:val="000000"/>
          <w:sz w:val="18"/>
        </w:rPr>
        <w:t>Type: schooner;  Length overall: 24';  Owner: Carl Nyberg;  Garden design: 22</w:t>
      </w:r>
      <w:r>
        <w:br/>
      </w:r>
      <w:r>
        <w:rPr>
          <w:color w:val="000000"/>
        </w:rPr>
        <w:t>“CONDOR, a sharpie schooner.” Yachting, Nov 1941, pp. 60.</w:t>
      </w:r>
    </w:p>
    <w:p w14:paraId="4CB01A91" w14:textId="77777777" w:rsidR="008B157E" w:rsidRDefault="00000000">
      <w:pPr>
        <w:keepNext/>
        <w:spacing w:before="160" w:after="60"/>
        <w:ind w:left="317"/>
      </w:pPr>
      <w:r>
        <w:rPr>
          <w:b/>
          <w:color w:val="000000"/>
        </w:rPr>
        <w:t>CRICKET</w:t>
      </w:r>
    </w:p>
    <w:p w14:paraId="1AF80B8A" w14:textId="77777777" w:rsidR="008B157E" w:rsidRDefault="00000000">
      <w:pPr>
        <w:keepLines/>
        <w:spacing w:after="140" w:line="245" w:lineRule="auto"/>
        <w:ind w:left="634" w:hanging="317"/>
      </w:pPr>
      <w:r>
        <w:rPr>
          <w:color w:val="000000"/>
          <w:sz w:val="18"/>
        </w:rPr>
        <w:t>Type: cruiser;  Length overall: 90';  Garden design: 712;  SP Coll. 096 catalog: 96.545</w:t>
      </w:r>
      <w:r>
        <w:br/>
      </w:r>
      <w:r>
        <w:rPr>
          <w:color w:val="000000"/>
        </w:rPr>
        <w:t>Garden, W. “CRICKET.” Yacht Designs II, pp. 188.</w:t>
      </w:r>
    </w:p>
    <w:p w14:paraId="38DF5EF6" w14:textId="77777777" w:rsidR="008B157E" w:rsidRDefault="00000000">
      <w:pPr>
        <w:keepNext/>
        <w:spacing w:before="160" w:after="60"/>
        <w:ind w:left="317"/>
      </w:pPr>
      <w:r>
        <w:rPr>
          <w:b/>
          <w:color w:val="000000"/>
        </w:rPr>
        <w:t>CROCUS</w:t>
      </w:r>
    </w:p>
    <w:p w14:paraId="6C4AD530" w14:textId="77777777" w:rsidR="008B157E" w:rsidRDefault="00000000">
      <w:pPr>
        <w:keepLines/>
        <w:spacing w:after="140" w:line="245" w:lineRule="auto"/>
        <w:ind w:left="634" w:hanging="317"/>
      </w:pPr>
      <w:r>
        <w:rPr>
          <w:color w:val="000000"/>
          <w:sz w:val="18"/>
        </w:rPr>
        <w:t>Type: cruiser;  Length overall: 26';  Garden design: 55</w:t>
      </w:r>
      <w:r>
        <w:br/>
      </w:r>
      <w:r>
        <w:rPr>
          <w:color w:val="000000"/>
        </w:rPr>
        <w:t>“CROCUS, another post-war cruiser.” Yachting, Sep 1943, pp. 46.</w:t>
      </w:r>
    </w:p>
    <w:p w14:paraId="0DE179C4" w14:textId="77777777" w:rsidR="008B157E" w:rsidRDefault="00000000">
      <w:pPr>
        <w:keepNext/>
        <w:spacing w:before="160" w:after="60"/>
        <w:ind w:left="317"/>
      </w:pPr>
      <w:r>
        <w:rPr>
          <w:b/>
          <w:color w:val="000000"/>
        </w:rPr>
        <w:t>CRYSTAL C</w:t>
      </w:r>
    </w:p>
    <w:p w14:paraId="1E091A43" w14:textId="77777777" w:rsidR="008B157E" w:rsidRDefault="00000000">
      <w:pPr>
        <w:keepLines/>
        <w:spacing w:after="140" w:line="245" w:lineRule="auto"/>
        <w:ind w:left="634" w:hanging="317"/>
      </w:pPr>
      <w:r>
        <w:rPr>
          <w:color w:val="000000"/>
          <w:sz w:val="18"/>
        </w:rPr>
        <w:t>Length overall: 53' 10";  Garden design: 546;  SP Coll. 096 catalog: 96.455</w:t>
      </w:r>
      <w:r>
        <w:br/>
      </w:r>
      <w:r>
        <w:rPr>
          <w:color w:val="000000"/>
        </w:rPr>
        <w:t>Garden, W. “CRYSTAL C and DING HO.” Yacht Designs, 1977, pp. 182.</w:t>
      </w:r>
    </w:p>
    <w:p w14:paraId="5E414FCF" w14:textId="77777777" w:rsidR="008B157E" w:rsidRDefault="00000000">
      <w:pPr>
        <w:keepLines/>
        <w:spacing w:after="140" w:line="245" w:lineRule="auto"/>
        <w:ind w:left="634" w:hanging="317"/>
      </w:pPr>
      <w:r>
        <w:rPr>
          <w:color w:val="000000"/>
          <w:sz w:val="18"/>
        </w:rPr>
        <w:t>Length overall: 53' 10";  Garden design: 546;  SP Coll. 096 catalog: 96.455</w:t>
      </w:r>
      <w:r>
        <w:br/>
      </w:r>
      <w:r>
        <w:rPr>
          <w:color w:val="000000"/>
        </w:rPr>
        <w:t>Garden, W. “CRYSTAL C and DING HO.” Yacht Designs: Rev, pp. 258.</w:t>
      </w:r>
    </w:p>
    <w:p w14:paraId="0A9F9F61" w14:textId="77777777" w:rsidR="008B157E" w:rsidRDefault="00000000">
      <w:pPr>
        <w:keepNext/>
        <w:spacing w:before="160" w:after="60"/>
        <w:ind w:left="317"/>
      </w:pPr>
      <w:r>
        <w:rPr>
          <w:b/>
          <w:color w:val="000000"/>
        </w:rPr>
        <w:t>CZARINA</w:t>
      </w:r>
    </w:p>
    <w:p w14:paraId="28B20449" w14:textId="77777777" w:rsidR="008B157E" w:rsidRDefault="00000000">
      <w:pPr>
        <w:keepLines/>
        <w:spacing w:after="140" w:line="245" w:lineRule="auto"/>
        <w:ind w:left="634" w:hanging="317"/>
      </w:pPr>
      <w:r>
        <w:rPr>
          <w:color w:val="000000"/>
          <w:sz w:val="18"/>
        </w:rPr>
        <w:t>Type: power yacht;  Length overall: 97';  Garden design: 701;  SP Coll. 096 catalog: 96.541</w:t>
      </w:r>
      <w:r>
        <w:br/>
      </w:r>
      <w:r>
        <w:rPr>
          <w:color w:val="000000"/>
        </w:rPr>
        <w:t>Garden, W. “CZARINA.” Yacht Designs II, pp. 157.</w:t>
      </w:r>
    </w:p>
    <w:p w14:paraId="505B3943" w14:textId="7C9DF002" w:rsidR="008B157E" w:rsidRDefault="00000000">
      <w:pPr>
        <w:keepLines/>
        <w:spacing w:after="140" w:line="245" w:lineRule="auto"/>
        <w:ind w:left="634" w:hanging="317"/>
      </w:pPr>
      <w:r>
        <w:rPr>
          <w:color w:val="000000"/>
          <w:sz w:val="18"/>
        </w:rPr>
        <w:t>Type: express yacht;  Length overall: 92'</w:t>
      </w:r>
      <w:r>
        <w:br/>
      </w:r>
      <w:r>
        <w:rPr>
          <w:color w:val="000000"/>
        </w:rPr>
        <w:t>While, J./Comment. “Plain and fancy powerboats.” WoodenBoat, Sep/Oct, pp. 112-6.</w:t>
      </w:r>
    </w:p>
    <w:p w14:paraId="56B0A9E3" w14:textId="77777777" w:rsidR="008B157E" w:rsidRDefault="00000000">
      <w:pPr>
        <w:keepNext/>
        <w:spacing w:before="160"/>
      </w:pPr>
      <w:r>
        <w:rPr>
          <w:b/>
          <w:color w:val="1F4E78"/>
          <w:sz w:val="26"/>
        </w:rPr>
        <w:t>D</w:t>
      </w:r>
    </w:p>
    <w:p w14:paraId="52724E8B" w14:textId="77777777" w:rsidR="008B157E" w:rsidRDefault="00000000">
      <w:pPr>
        <w:keepNext/>
        <w:spacing w:before="160" w:after="60"/>
        <w:ind w:left="317"/>
      </w:pPr>
      <w:r>
        <w:rPr>
          <w:b/>
          <w:color w:val="000000"/>
        </w:rPr>
        <w:t>DANSKER</w:t>
      </w:r>
    </w:p>
    <w:p w14:paraId="063C059D" w14:textId="77777777" w:rsidR="008B157E" w:rsidRDefault="00000000">
      <w:pPr>
        <w:keepLines/>
        <w:spacing w:after="140" w:line="245" w:lineRule="auto"/>
        <w:ind w:left="634" w:hanging="317"/>
      </w:pPr>
      <w:r>
        <w:rPr>
          <w:color w:val="000000"/>
          <w:sz w:val="18"/>
        </w:rPr>
        <w:t>Type: cruiser;  Length overall: 45' 0";  Builder: Danish Shipyard</w:t>
      </w:r>
      <w:r>
        <w:br/>
      </w:r>
      <w:r>
        <w:rPr>
          <w:color w:val="000000"/>
        </w:rPr>
        <w:t>“45-foot cruiser.” 100 Yacht &amp; Vessel Designs, pp. 66.</w:t>
      </w:r>
    </w:p>
    <w:p w14:paraId="47B006B7" w14:textId="77777777" w:rsidR="008B157E" w:rsidRDefault="00000000">
      <w:pPr>
        <w:keepNext/>
        <w:spacing w:before="160" w:after="60"/>
        <w:ind w:left="317"/>
      </w:pPr>
      <w:r>
        <w:rPr>
          <w:b/>
          <w:color w:val="000000"/>
        </w:rPr>
        <w:lastRenderedPageBreak/>
        <w:t>DECISION</w:t>
      </w:r>
    </w:p>
    <w:p w14:paraId="46FE7A8A" w14:textId="77777777" w:rsidR="008B157E" w:rsidRDefault="00000000">
      <w:pPr>
        <w:keepLines/>
        <w:spacing w:after="140" w:line="245" w:lineRule="auto"/>
        <w:ind w:left="634" w:hanging="317"/>
      </w:pPr>
      <w:r>
        <w:rPr>
          <w:color w:val="000000"/>
          <w:sz w:val="18"/>
        </w:rPr>
        <w:t>Type: aux sloop;  Length overall: 43' 9";  Owner: Dr. Raymond Curtner;  Builder: Vic Franck/Seattle;  Garden design: 465;  SP Coll. 096 catalog: 96.385</w:t>
      </w:r>
      <w:r>
        <w:br/>
      </w:r>
      <w:r>
        <w:rPr>
          <w:color w:val="000000"/>
        </w:rPr>
        <w:t>“DECISION, an interesting 43' aux sloop.” 100 Yacht &amp; Vessel Designs, pp. 47.</w:t>
      </w:r>
    </w:p>
    <w:p w14:paraId="2BAFD4BA" w14:textId="77777777" w:rsidR="008B157E" w:rsidRDefault="00000000">
      <w:pPr>
        <w:keepNext/>
        <w:spacing w:before="160" w:after="60"/>
        <w:ind w:left="317"/>
      </w:pPr>
      <w:r>
        <w:rPr>
          <w:b/>
          <w:color w:val="000000"/>
        </w:rPr>
        <w:t>DEFIANCE</w:t>
      </w:r>
    </w:p>
    <w:p w14:paraId="1380C02F" w14:textId="77777777" w:rsidR="008B157E" w:rsidRDefault="00000000">
      <w:pPr>
        <w:keepLines/>
        <w:spacing w:after="140" w:line="245" w:lineRule="auto"/>
        <w:ind w:left="634" w:hanging="317"/>
      </w:pPr>
      <w:r>
        <w:rPr>
          <w:color w:val="000000"/>
          <w:sz w:val="18"/>
        </w:rPr>
        <w:t>Length overall: 54' 6"</w:t>
      </w:r>
      <w:r>
        <w:br/>
      </w:r>
      <w:r>
        <w:rPr>
          <w:color w:val="000000"/>
        </w:rPr>
        <w:t>Garden, W. “DEFIANCE.” Yacht Designs: Rev, pp. 262.</w:t>
      </w:r>
    </w:p>
    <w:p w14:paraId="4D599208" w14:textId="77777777" w:rsidR="008B157E" w:rsidRDefault="00000000">
      <w:pPr>
        <w:keepNext/>
        <w:spacing w:before="160" w:after="60"/>
        <w:ind w:left="317"/>
      </w:pPr>
      <w:r>
        <w:rPr>
          <w:b/>
          <w:color w:val="000000"/>
        </w:rPr>
        <w:t>DELPHINA</w:t>
      </w:r>
    </w:p>
    <w:p w14:paraId="00441746" w14:textId="77777777" w:rsidR="008B157E" w:rsidRDefault="00000000">
      <w:pPr>
        <w:keepLines/>
        <w:spacing w:after="140" w:line="245" w:lineRule="auto"/>
        <w:ind w:left="634" w:hanging="317"/>
      </w:pPr>
      <w:r>
        <w:rPr>
          <w:color w:val="000000"/>
        </w:rPr>
        <w:t>Smith, R. “Worm Shoe: a renewable keel.” WoodenBoat, Mar/Apr 1993, pp. 62-3.</w:t>
      </w:r>
    </w:p>
    <w:p w14:paraId="4F3D8E27" w14:textId="77777777" w:rsidR="008B157E" w:rsidRDefault="00000000">
      <w:pPr>
        <w:keepNext/>
        <w:spacing w:before="160" w:after="60"/>
        <w:ind w:left="317"/>
      </w:pPr>
      <w:r>
        <w:rPr>
          <w:b/>
          <w:color w:val="000000"/>
        </w:rPr>
        <w:t>DIANE</w:t>
      </w:r>
    </w:p>
    <w:p w14:paraId="07835114" w14:textId="77777777" w:rsidR="008B157E" w:rsidRDefault="00000000">
      <w:pPr>
        <w:keepLines/>
        <w:spacing w:after="140" w:line="245" w:lineRule="auto"/>
        <w:ind w:left="634" w:hanging="317"/>
      </w:pPr>
      <w:r>
        <w:rPr>
          <w:color w:val="000000"/>
          <w:sz w:val="18"/>
        </w:rPr>
        <w:t>Type: cruiser;  Length overall: 18' 7";  Garden design: 605;  SP Coll. 096 catalog: 96.487</w:t>
      </w:r>
      <w:r>
        <w:br/>
      </w:r>
      <w:r>
        <w:rPr>
          <w:color w:val="000000"/>
        </w:rPr>
        <w:t>Garden, W. “DIANE.” Yacht Designs: Rev, pp. 32.</w:t>
      </w:r>
    </w:p>
    <w:p w14:paraId="53CA2523" w14:textId="77777777" w:rsidR="008B157E" w:rsidRDefault="00000000">
      <w:pPr>
        <w:keepLines/>
        <w:spacing w:after="140" w:line="245" w:lineRule="auto"/>
        <w:ind w:left="634" w:hanging="317"/>
      </w:pPr>
      <w:r>
        <w:rPr>
          <w:color w:val="000000"/>
          <w:sz w:val="18"/>
        </w:rPr>
        <w:t>Type: cruiser;  Length overall: 18' 7";  Garden design: 605;  SP Coll. 096 catalog: 96.487</w:t>
      </w:r>
      <w:r>
        <w:br/>
      </w:r>
      <w:r>
        <w:rPr>
          <w:color w:val="000000"/>
        </w:rPr>
        <w:t>Garden, W. “DIANE: a tabloid cruiser.” Yacht Designs, 1977, pp. 6.</w:t>
      </w:r>
    </w:p>
    <w:p w14:paraId="0CFF8463" w14:textId="77777777" w:rsidR="008B157E" w:rsidRDefault="00000000">
      <w:pPr>
        <w:keepNext/>
        <w:spacing w:before="160" w:after="60"/>
        <w:ind w:left="317"/>
      </w:pPr>
      <w:r>
        <w:rPr>
          <w:b/>
          <w:color w:val="000000"/>
        </w:rPr>
        <w:t>DING HO</w:t>
      </w:r>
    </w:p>
    <w:p w14:paraId="4186872E" w14:textId="77777777" w:rsidR="008B157E" w:rsidRDefault="00000000">
      <w:pPr>
        <w:keepLines/>
        <w:spacing w:after="140" w:line="245" w:lineRule="auto"/>
        <w:ind w:left="634" w:hanging="317"/>
      </w:pPr>
      <w:r>
        <w:rPr>
          <w:color w:val="000000"/>
          <w:sz w:val="18"/>
        </w:rPr>
        <w:t>Length overall: 58';  SP Coll. 096 catalog: 96.467</w:t>
      </w:r>
      <w:r>
        <w:br/>
      </w:r>
      <w:r>
        <w:rPr>
          <w:color w:val="000000"/>
        </w:rPr>
        <w:t>Garden, W. “CRYSTAL C and DING HO.” Yacht Designs, 1977, pp. 182.</w:t>
      </w:r>
    </w:p>
    <w:p w14:paraId="60FCD8E9" w14:textId="77777777" w:rsidR="008B157E" w:rsidRDefault="00000000">
      <w:pPr>
        <w:keepLines/>
        <w:spacing w:after="140" w:line="245" w:lineRule="auto"/>
        <w:ind w:left="634" w:hanging="317"/>
      </w:pPr>
      <w:r>
        <w:rPr>
          <w:color w:val="000000"/>
          <w:sz w:val="18"/>
        </w:rPr>
        <w:t>Length overall: 58';  SP Coll. 096 catalog: 96.467</w:t>
      </w:r>
      <w:r>
        <w:br/>
      </w:r>
      <w:r>
        <w:rPr>
          <w:color w:val="000000"/>
        </w:rPr>
        <w:t>Garden, W. “CRYSTAL C and DING HO.” Yacht Designs: Rev, pp. 258.</w:t>
      </w:r>
    </w:p>
    <w:p w14:paraId="5F1A3D62" w14:textId="77777777" w:rsidR="008B157E" w:rsidRDefault="00000000">
      <w:pPr>
        <w:keepNext/>
        <w:spacing w:before="160" w:after="60"/>
        <w:ind w:left="317"/>
      </w:pPr>
      <w:r>
        <w:rPr>
          <w:b/>
          <w:color w:val="000000"/>
        </w:rPr>
        <w:t>DISCOVERY</w:t>
      </w:r>
    </w:p>
    <w:p w14:paraId="0CB1B12C" w14:textId="77777777" w:rsidR="008B157E" w:rsidRDefault="00000000">
      <w:pPr>
        <w:keepLines/>
        <w:spacing w:after="140" w:line="245" w:lineRule="auto"/>
        <w:ind w:left="634" w:hanging="317"/>
      </w:pPr>
      <w:r>
        <w:rPr>
          <w:color w:val="000000"/>
          <w:sz w:val="18"/>
        </w:rPr>
        <w:t>Type: yawl;  Length overall: 46';  Owner: James Francis;  Builder: Vic Franck/Seattle;  Garden design: 456;  SP Coll. 096 catalog: 96.378</w:t>
      </w:r>
      <w:r>
        <w:br/>
      </w:r>
      <w:r>
        <w:rPr>
          <w:color w:val="000000"/>
        </w:rPr>
        <w:t>“Jim McCurdy's DISCOVERY.” 100 Yacht &amp; Vessel Designs, pp. 48.</w:t>
      </w:r>
    </w:p>
    <w:p w14:paraId="17E68CED" w14:textId="77777777" w:rsidR="008B157E" w:rsidRDefault="00000000">
      <w:pPr>
        <w:keepLines/>
        <w:spacing w:after="140" w:line="245" w:lineRule="auto"/>
        <w:ind w:left="634" w:hanging="317"/>
      </w:pPr>
      <w:r>
        <w:rPr>
          <w:color w:val="000000"/>
          <w:sz w:val="18"/>
        </w:rPr>
        <w:t>Type: sloop;  Length overall: 46';  Owner: Jim McCurdy;  Builder: Vic Franck/Seattle;  Garden design: 456;  SP Coll. 096 catalog: 96.378</w:t>
      </w:r>
      <w:r>
        <w:br/>
      </w:r>
      <w:r>
        <w:rPr>
          <w:color w:val="000000"/>
        </w:rPr>
        <w:t>“Jim McCurdy's DISCOVERYHeavier design.” 100 Yacht &amp; Vessel Designs, pp. 49.</w:t>
      </w:r>
    </w:p>
    <w:p w14:paraId="02B90C76" w14:textId="77777777" w:rsidR="008B157E" w:rsidRDefault="00000000">
      <w:pPr>
        <w:keepLines/>
        <w:spacing w:after="140" w:line="245" w:lineRule="auto"/>
        <w:ind w:left="634" w:hanging="317"/>
      </w:pPr>
      <w:r>
        <w:rPr>
          <w:color w:val="000000"/>
          <w:sz w:val="18"/>
        </w:rPr>
        <w:t>Type: stern wheeler;  Length overall: 64';  Owner: Jim Binkley;  Garden design: 306;  SP Coll. 096 catalog: 96.223</w:t>
      </w:r>
      <w:r>
        <w:br/>
      </w:r>
      <w:r>
        <w:rPr>
          <w:color w:val="000000"/>
        </w:rPr>
        <w:t>“No title.” 100 Yacht &amp; Vessel Designs, pp. 62.</w:t>
      </w:r>
    </w:p>
    <w:p w14:paraId="101FAC5D" w14:textId="77777777" w:rsidR="008B157E" w:rsidRDefault="00000000">
      <w:pPr>
        <w:keepNext/>
        <w:spacing w:before="160" w:after="60"/>
        <w:ind w:left="317"/>
      </w:pPr>
      <w:r>
        <w:rPr>
          <w:b/>
          <w:color w:val="000000"/>
        </w:rPr>
        <w:t>DISCOVERY ISLE</w:t>
      </w:r>
    </w:p>
    <w:p w14:paraId="2A2426AF" w14:textId="77777777" w:rsidR="008B157E" w:rsidRDefault="00000000">
      <w:pPr>
        <w:keepLines/>
        <w:spacing w:after="140" w:line="245" w:lineRule="auto"/>
        <w:ind w:left="634" w:hanging="317"/>
      </w:pPr>
      <w:r>
        <w:rPr>
          <w:color w:val="000000"/>
          <w:sz w:val="18"/>
        </w:rPr>
        <w:t>Type: commuter;  Length overall: 32';  Owner: E.G.Beaumont;  Builder: Nicholson;  Garden design: 246;  SP Coll. 096 catalog: 96.146</w:t>
      </w:r>
      <w:r>
        <w:br/>
      </w:r>
      <w:r>
        <w:rPr>
          <w:color w:val="000000"/>
        </w:rPr>
        <w:t>“DISCOVERY ISLE, rough water commuter.” 100 Yacht &amp; Vessel Designs, pp. 66.</w:t>
      </w:r>
    </w:p>
    <w:p w14:paraId="47ECC936" w14:textId="77777777" w:rsidR="008B157E" w:rsidRDefault="00000000">
      <w:pPr>
        <w:keepLines/>
        <w:spacing w:after="140" w:line="245" w:lineRule="auto"/>
        <w:ind w:left="634" w:hanging="317"/>
      </w:pPr>
      <w:r>
        <w:rPr>
          <w:color w:val="000000"/>
          <w:sz w:val="18"/>
        </w:rPr>
        <w:t>Type: commuter;  Length overall: 32';  Owner: E.G. Beaumont;  Builder: Nicholson</w:t>
      </w:r>
      <w:r>
        <w:br/>
      </w:r>
      <w:r>
        <w:rPr>
          <w:color w:val="000000"/>
        </w:rPr>
        <w:t>“DISCOVERY ISLE, rough-water commuter.” Yachting, May 1954, pp. 80.</w:t>
      </w:r>
    </w:p>
    <w:p w14:paraId="61EFFAF3" w14:textId="77777777" w:rsidR="008B157E" w:rsidRDefault="00000000">
      <w:pPr>
        <w:keepNext/>
        <w:spacing w:before="160" w:after="60"/>
        <w:ind w:left="317"/>
      </w:pPr>
      <w:r>
        <w:rPr>
          <w:b/>
          <w:color w:val="000000"/>
        </w:rPr>
        <w:t>DOLPHIN BAY?</w:t>
      </w:r>
    </w:p>
    <w:p w14:paraId="4E7B306A" w14:textId="77777777" w:rsidR="008B157E" w:rsidRDefault="00000000">
      <w:pPr>
        <w:keepLines/>
        <w:spacing w:after="140" w:line="245" w:lineRule="auto"/>
        <w:ind w:left="634" w:hanging="317"/>
      </w:pPr>
      <w:r>
        <w:rPr>
          <w:color w:val="000000"/>
          <w:sz w:val="18"/>
        </w:rPr>
        <w:t>Type: cruiser;  Length overall: 45';  Owner: John Sorenson;  Builder: Jensen Shipyards/Friday Harbor;  Garden design: 236;  SP Coll. 096 catalog: 96.143</w:t>
      </w:r>
      <w:r>
        <w:br/>
      </w:r>
      <w:r>
        <w:rPr>
          <w:color w:val="000000"/>
        </w:rPr>
        <w:t>“Deisel cruiser.” 100 Yacht &amp; Vessel Designs, pp. 28.</w:t>
      </w:r>
    </w:p>
    <w:p w14:paraId="66FD412D" w14:textId="77777777" w:rsidR="008B157E" w:rsidRDefault="00000000">
      <w:pPr>
        <w:keepNext/>
        <w:spacing w:before="160" w:after="60"/>
        <w:ind w:left="317"/>
      </w:pPr>
      <w:r>
        <w:rPr>
          <w:b/>
          <w:color w:val="000000"/>
        </w:rPr>
        <w:t>DYNAMO</w:t>
      </w:r>
    </w:p>
    <w:p w14:paraId="1CBA400E" w14:textId="77777777" w:rsidR="008B157E" w:rsidRDefault="00000000">
      <w:pPr>
        <w:keepLines/>
        <w:spacing w:after="140" w:line="245" w:lineRule="auto"/>
        <w:ind w:left="634" w:hanging="317"/>
      </w:pPr>
      <w:r>
        <w:rPr>
          <w:color w:val="000000"/>
          <w:sz w:val="18"/>
        </w:rPr>
        <w:t>Type: cruiser;  Length overall: 38' 6"</w:t>
      </w:r>
      <w:r>
        <w:br/>
      </w:r>
      <w:r>
        <w:rPr>
          <w:color w:val="000000"/>
        </w:rPr>
        <w:t>Bray, M./Comment. “Dynamo: a 38' 6" cruiser with workboat character.” WoodenBoat, Mar/Apr 1993, pp. 113-7.</w:t>
      </w:r>
    </w:p>
    <w:p w14:paraId="3038115C" w14:textId="77777777" w:rsidR="008B157E" w:rsidRDefault="00000000">
      <w:pPr>
        <w:keepNext/>
        <w:spacing w:before="160"/>
      </w:pPr>
      <w:r>
        <w:rPr>
          <w:b/>
          <w:color w:val="1F4E78"/>
          <w:sz w:val="26"/>
        </w:rPr>
        <w:lastRenderedPageBreak/>
        <w:t>E</w:t>
      </w:r>
    </w:p>
    <w:p w14:paraId="71FEB9B4" w14:textId="77777777" w:rsidR="008B157E" w:rsidRDefault="00000000">
      <w:pPr>
        <w:keepNext/>
        <w:spacing w:before="160" w:after="60"/>
        <w:ind w:left="317"/>
      </w:pPr>
      <w:r>
        <w:rPr>
          <w:b/>
          <w:color w:val="000000"/>
        </w:rPr>
        <w:t>EAGLE</w:t>
      </w:r>
    </w:p>
    <w:p w14:paraId="542732F0" w14:textId="77777777" w:rsidR="008B157E" w:rsidRDefault="00000000">
      <w:pPr>
        <w:keepLines/>
        <w:spacing w:after="140" w:line="245" w:lineRule="auto"/>
        <w:ind w:left="634" w:hanging="317"/>
      </w:pPr>
      <w:r>
        <w:rPr>
          <w:color w:val="000000"/>
          <w:sz w:val="18"/>
        </w:rPr>
        <w:t>Type: cruiser;  Length overall: 42';  Owner: Ray Meyer;  Builder: Vic Franck/Seattle;  Garden design: 447;  SP Coll. 096 catalog: 96.366</w:t>
      </w:r>
      <w:r>
        <w:br/>
      </w:r>
      <w:r>
        <w:rPr>
          <w:color w:val="000000"/>
        </w:rPr>
        <w:t>“Wanderer class diesel cruisers Plan B.” 100 Yacht &amp; Vessel Designs, pp. 23.</w:t>
      </w:r>
    </w:p>
    <w:p w14:paraId="7EDA0776" w14:textId="77777777" w:rsidR="008B157E" w:rsidRDefault="00000000">
      <w:pPr>
        <w:keepNext/>
        <w:spacing w:before="160" w:after="60"/>
        <w:ind w:left="317"/>
      </w:pPr>
      <w:r>
        <w:rPr>
          <w:b/>
          <w:color w:val="000000"/>
        </w:rPr>
        <w:t>EEL</w:t>
      </w:r>
    </w:p>
    <w:p w14:paraId="0D5D37C0" w14:textId="77777777" w:rsidR="008B157E" w:rsidRDefault="00000000">
      <w:pPr>
        <w:keepLines/>
        <w:spacing w:after="140" w:line="245" w:lineRule="auto"/>
        <w:ind w:left="634" w:hanging="317"/>
      </w:pPr>
      <w:r>
        <w:rPr>
          <w:color w:val="000000"/>
          <w:sz w:val="18"/>
        </w:rPr>
        <w:t>Type: yawl;  Length overall: 18' 6";  Garden design: 192</w:t>
      </w:r>
      <w:r>
        <w:br/>
      </w:r>
      <w:r>
        <w:rPr>
          <w:color w:val="000000"/>
        </w:rPr>
        <w:t>Garden, W. “EEL.” Yacht Designs: Rev, pp. 27.</w:t>
      </w:r>
    </w:p>
    <w:p w14:paraId="4C307A38" w14:textId="77777777" w:rsidR="008B157E" w:rsidRDefault="00000000">
      <w:pPr>
        <w:keepLines/>
        <w:spacing w:after="140" w:line="245" w:lineRule="auto"/>
        <w:ind w:left="634" w:hanging="317"/>
      </w:pPr>
      <w:r>
        <w:rPr>
          <w:color w:val="000000"/>
          <w:sz w:val="18"/>
        </w:rPr>
        <w:t>Type: cat schooner;  Length overall: 24';  Garden design: 192;  SP Coll. 096 catalog: 96.108</w:t>
      </w:r>
      <w:r>
        <w:br/>
      </w:r>
      <w:r>
        <w:rPr>
          <w:color w:val="000000"/>
        </w:rPr>
        <w:t>“EEL, a tabloid cat-schooner.” Yachting, Jun 1950, pp. 61.</w:t>
      </w:r>
    </w:p>
    <w:p w14:paraId="7ACD9C65" w14:textId="77777777" w:rsidR="008B157E" w:rsidRDefault="00000000">
      <w:pPr>
        <w:keepLines/>
        <w:spacing w:after="140" w:line="245" w:lineRule="auto"/>
        <w:ind w:left="634" w:hanging="317"/>
      </w:pPr>
      <w:r>
        <w:rPr>
          <w:color w:val="000000"/>
          <w:sz w:val="18"/>
        </w:rPr>
        <w:t>Type: yawl;  Length overall: 18' 6";  Garden design: 192;  SP Coll. 096 catalog: 96.108</w:t>
      </w:r>
      <w:r>
        <w:br/>
      </w:r>
      <w:r>
        <w:rPr>
          <w:color w:val="000000"/>
        </w:rPr>
        <w:t>Garden, W. “EEL: a canoe yawl.” Yacht Designs, 1977, pp. 1.</w:t>
      </w:r>
    </w:p>
    <w:p w14:paraId="3CF5B7AB" w14:textId="77777777" w:rsidR="008B157E" w:rsidRDefault="00000000">
      <w:pPr>
        <w:keepNext/>
        <w:spacing w:before="160" w:after="60"/>
        <w:ind w:left="317"/>
      </w:pPr>
      <w:r>
        <w:rPr>
          <w:b/>
          <w:color w:val="000000"/>
        </w:rPr>
        <w:t>ELIZABETH P. BRIDGMAN</w:t>
      </w:r>
    </w:p>
    <w:p w14:paraId="3993E108" w14:textId="77777777" w:rsidR="008B157E" w:rsidRDefault="00000000">
      <w:pPr>
        <w:keepLines/>
        <w:spacing w:after="140" w:line="245" w:lineRule="auto"/>
        <w:ind w:left="634" w:hanging="317"/>
      </w:pPr>
      <w:r>
        <w:rPr>
          <w:color w:val="000000"/>
          <w:sz w:val="18"/>
        </w:rPr>
        <w:t>Type: schooner;  Length overall: 30';  Owner: Luther Bridgman;  Builder: Paul E. Luke/East Boothbay, ME</w:t>
      </w:r>
      <w:r>
        <w:br/>
      </w:r>
      <w:r>
        <w:rPr>
          <w:color w:val="000000"/>
        </w:rPr>
        <w:t>“ELIZABETH P. BRIDGMAN.” Yachting, Jun 1958, pp. 76.</w:t>
      </w:r>
    </w:p>
    <w:p w14:paraId="792CB570" w14:textId="77777777" w:rsidR="008B157E" w:rsidRDefault="00000000">
      <w:pPr>
        <w:keepNext/>
        <w:spacing w:before="160" w:after="60"/>
        <w:ind w:left="317"/>
      </w:pPr>
      <w:r>
        <w:rPr>
          <w:b/>
          <w:color w:val="000000"/>
        </w:rPr>
        <w:t>ENDEAVOUR</w:t>
      </w:r>
    </w:p>
    <w:p w14:paraId="4339791B" w14:textId="77777777" w:rsidR="008B157E" w:rsidRDefault="00000000">
      <w:pPr>
        <w:keepLines/>
        <w:spacing w:after="140" w:line="245" w:lineRule="auto"/>
        <w:ind w:left="634" w:hanging="317"/>
      </w:pPr>
      <w:r>
        <w:rPr>
          <w:color w:val="000000"/>
          <w:sz w:val="18"/>
        </w:rPr>
        <w:t>Type: sloop;  Length overall: 46';  Builder: Kawasaki Yacht Yard</w:t>
      </w:r>
      <w:r>
        <w:br/>
      </w:r>
      <w:r>
        <w:rPr>
          <w:color w:val="000000"/>
        </w:rPr>
        <w:t>“Marconi sloop.” Rudder, May 1967, pp. 42.</w:t>
      </w:r>
    </w:p>
    <w:p w14:paraId="0EE7DE8C" w14:textId="77777777" w:rsidR="008B157E" w:rsidRDefault="00000000">
      <w:pPr>
        <w:keepNext/>
        <w:spacing w:before="160"/>
      </w:pPr>
      <w:r>
        <w:rPr>
          <w:b/>
          <w:color w:val="1F4E78"/>
          <w:sz w:val="26"/>
        </w:rPr>
        <w:t>F</w:t>
      </w:r>
    </w:p>
    <w:p w14:paraId="70515D40" w14:textId="77777777" w:rsidR="008B157E" w:rsidRDefault="00000000">
      <w:pPr>
        <w:keepNext/>
        <w:spacing w:before="160" w:after="60"/>
        <w:ind w:left="317"/>
      </w:pPr>
      <w:r>
        <w:rPr>
          <w:b/>
          <w:color w:val="000000"/>
        </w:rPr>
        <w:t>FALCON</w:t>
      </w:r>
    </w:p>
    <w:p w14:paraId="7C734985" w14:textId="77777777" w:rsidR="008B157E" w:rsidRDefault="00000000">
      <w:pPr>
        <w:keepLines/>
        <w:spacing w:after="140" w:line="245" w:lineRule="auto"/>
        <w:ind w:left="634" w:hanging="317"/>
      </w:pPr>
      <w:r>
        <w:rPr>
          <w:color w:val="000000"/>
          <w:sz w:val="18"/>
        </w:rPr>
        <w:t>Type: steam launch;  Length overall: 30' 9"</w:t>
      </w:r>
      <w:r>
        <w:br/>
      </w:r>
      <w:r>
        <w:rPr>
          <w:color w:val="000000"/>
        </w:rPr>
        <w:t>Garden, W. “FALCON.” Yacht Designs: Rev, pp. 215.</w:t>
      </w:r>
    </w:p>
    <w:p w14:paraId="6DD87B75" w14:textId="77777777" w:rsidR="008B157E" w:rsidRDefault="00000000">
      <w:pPr>
        <w:keepLines/>
        <w:spacing w:after="140" w:line="245" w:lineRule="auto"/>
        <w:ind w:left="634" w:hanging="317"/>
      </w:pPr>
      <w:r>
        <w:rPr>
          <w:color w:val="000000"/>
          <w:sz w:val="18"/>
        </w:rPr>
        <w:t>Type: launch;  Length overall: 30' 9"</w:t>
      </w:r>
      <w:r>
        <w:br/>
      </w:r>
      <w:r>
        <w:rPr>
          <w:color w:val="000000"/>
        </w:rPr>
        <w:t>Garden, W. “Falcon: a gentleman's launch.” WoodenBoat, Sep/Oct 1985, pp. 120-2.</w:t>
      </w:r>
    </w:p>
    <w:p w14:paraId="2505395B" w14:textId="77777777" w:rsidR="008B157E" w:rsidRDefault="00000000">
      <w:pPr>
        <w:keepNext/>
        <w:spacing w:before="160" w:after="60"/>
        <w:ind w:left="317"/>
      </w:pPr>
      <w:r>
        <w:rPr>
          <w:b/>
          <w:color w:val="000000"/>
        </w:rPr>
        <w:t>FAST PASSAGE 39</w:t>
      </w:r>
    </w:p>
    <w:p w14:paraId="547629A8" w14:textId="77777777" w:rsidR="008B157E" w:rsidRDefault="00000000">
      <w:pPr>
        <w:keepLines/>
        <w:spacing w:after="140" w:line="245" w:lineRule="auto"/>
        <w:ind w:left="634" w:hanging="317"/>
      </w:pPr>
      <w:r>
        <w:rPr>
          <w:color w:val="000000"/>
          <w:sz w:val="18"/>
        </w:rPr>
        <w:t>Length overall: 39' 6";  Garden design: 614;  SP Coll. 096 catalog: 96.492</w:t>
      </w:r>
      <w:r>
        <w:br/>
      </w:r>
      <w:r>
        <w:rPr>
          <w:color w:val="000000"/>
        </w:rPr>
        <w:t>Garden, W. “BOLERO and FAST PASSAGE 39.” Yacht Designs II, pp. 22.</w:t>
      </w:r>
    </w:p>
    <w:p w14:paraId="5428E474" w14:textId="77777777" w:rsidR="008B157E" w:rsidRDefault="00000000">
      <w:pPr>
        <w:keepNext/>
        <w:spacing w:before="160" w:after="60"/>
        <w:ind w:left="317"/>
      </w:pPr>
      <w:r>
        <w:rPr>
          <w:b/>
          <w:color w:val="000000"/>
        </w:rPr>
        <w:t>FIREFLY</w:t>
      </w:r>
    </w:p>
    <w:p w14:paraId="3FD1087D" w14:textId="77777777" w:rsidR="008B157E" w:rsidRDefault="00000000">
      <w:pPr>
        <w:keepLines/>
        <w:spacing w:after="140" w:line="245" w:lineRule="auto"/>
        <w:ind w:left="634" w:hanging="317"/>
      </w:pPr>
      <w:r>
        <w:rPr>
          <w:color w:val="000000"/>
          <w:sz w:val="18"/>
        </w:rPr>
        <w:t>Type: power yacht;  Length overall: 151';  Garden design: 698;  SP Coll. 096 catalog: 96.54</w:t>
      </w:r>
      <w:r>
        <w:br/>
      </w:r>
      <w:r>
        <w:rPr>
          <w:color w:val="000000"/>
        </w:rPr>
        <w:t>Garden, W. “FIREFLY.” Yacht Designs II, pp. 136.</w:t>
      </w:r>
    </w:p>
    <w:p w14:paraId="513F6ECA" w14:textId="77777777" w:rsidR="008B157E" w:rsidRDefault="00000000">
      <w:pPr>
        <w:keepNext/>
        <w:spacing w:before="160" w:after="60"/>
        <w:ind w:left="317"/>
      </w:pPr>
      <w:r>
        <w:rPr>
          <w:b/>
          <w:color w:val="000000"/>
        </w:rPr>
        <w:t>FOAM</w:t>
      </w:r>
    </w:p>
    <w:p w14:paraId="098A0AE3" w14:textId="77777777" w:rsidR="008B157E" w:rsidRDefault="00000000">
      <w:pPr>
        <w:keepLines/>
        <w:spacing w:after="140" w:line="245" w:lineRule="auto"/>
        <w:ind w:left="634" w:hanging="317"/>
      </w:pPr>
      <w:r>
        <w:rPr>
          <w:color w:val="000000"/>
          <w:sz w:val="18"/>
        </w:rPr>
        <w:t>Type: ketch;  Length overall: 34';  Garden design: 462;  SP Coll. 096 catalog: 96.383</w:t>
      </w:r>
      <w:r>
        <w:br/>
      </w:r>
      <w:r>
        <w:rPr>
          <w:color w:val="000000"/>
        </w:rPr>
        <w:t>“FOAM.” 100 Yacht &amp; Vessel Designs, pp. 5.</w:t>
      </w:r>
    </w:p>
    <w:p w14:paraId="0FD04F3B" w14:textId="77777777" w:rsidR="008B157E" w:rsidRDefault="00000000">
      <w:pPr>
        <w:keepNext/>
        <w:spacing w:before="160" w:after="60"/>
        <w:ind w:left="317"/>
      </w:pPr>
      <w:r>
        <w:rPr>
          <w:b/>
          <w:color w:val="000000"/>
        </w:rPr>
        <w:t>FOREST FRIEND</w:t>
      </w:r>
    </w:p>
    <w:p w14:paraId="457C36B7" w14:textId="77777777" w:rsidR="008B157E" w:rsidRDefault="00000000">
      <w:pPr>
        <w:keepLines/>
        <w:spacing w:after="140" w:line="245" w:lineRule="auto"/>
        <w:ind w:left="634" w:hanging="317"/>
      </w:pPr>
      <w:r>
        <w:rPr>
          <w:color w:val="000000"/>
          <w:sz w:val="18"/>
        </w:rPr>
        <w:t>Type: schooner;  Length overall: 40';  Owner: Earl Long;  Garden design: 261</w:t>
      </w:r>
      <w:r>
        <w:br/>
      </w:r>
      <w:r>
        <w:rPr>
          <w:color w:val="000000"/>
        </w:rPr>
        <w:t>“Schooner of the old style.” Yachting, Dec 1952, pp. 57.</w:t>
      </w:r>
    </w:p>
    <w:p w14:paraId="494BF1BB" w14:textId="77777777" w:rsidR="008B157E" w:rsidRDefault="00000000">
      <w:pPr>
        <w:keepNext/>
        <w:spacing w:before="160"/>
      </w:pPr>
      <w:r>
        <w:rPr>
          <w:b/>
          <w:color w:val="1F4E78"/>
          <w:sz w:val="26"/>
        </w:rPr>
        <w:t>G</w:t>
      </w:r>
    </w:p>
    <w:p w14:paraId="01857851" w14:textId="77777777" w:rsidR="008B157E" w:rsidRDefault="00000000">
      <w:pPr>
        <w:keepNext/>
        <w:spacing w:before="160" w:after="60"/>
        <w:ind w:left="317"/>
      </w:pPr>
      <w:r>
        <w:rPr>
          <w:b/>
          <w:color w:val="000000"/>
        </w:rPr>
        <w:t>GLEAM</w:t>
      </w:r>
    </w:p>
    <w:p w14:paraId="786565AF" w14:textId="77777777" w:rsidR="008B157E" w:rsidRDefault="00000000">
      <w:pPr>
        <w:keepLines/>
        <w:spacing w:after="140" w:line="245" w:lineRule="auto"/>
        <w:ind w:left="634" w:hanging="317"/>
      </w:pPr>
      <w:r>
        <w:rPr>
          <w:color w:val="000000"/>
          <w:sz w:val="18"/>
        </w:rPr>
        <w:t>Type: schooner;  Length overall: 32';  Owner: Wm. Garden;  Builder: Wm. Garden</w:t>
      </w:r>
      <w:r>
        <w:br/>
      </w:r>
      <w:r>
        <w:rPr>
          <w:color w:val="000000"/>
        </w:rPr>
        <w:t>“Beachcombing the Goose Islands.” Yachting, Apr 1951, pp. 39.</w:t>
      </w:r>
    </w:p>
    <w:p w14:paraId="64FAD57F" w14:textId="77777777" w:rsidR="008B157E" w:rsidRDefault="00000000">
      <w:pPr>
        <w:keepLines/>
        <w:spacing w:after="140" w:line="245" w:lineRule="auto"/>
        <w:ind w:left="634" w:hanging="317"/>
      </w:pPr>
      <w:r>
        <w:rPr>
          <w:color w:val="000000"/>
          <w:sz w:val="18"/>
        </w:rPr>
        <w:t>Type: schooner;  Length overall: 33';  Garden design: 9;  SP Coll. 096 catalog: 96.3</w:t>
      </w:r>
      <w:r>
        <w:br/>
      </w:r>
      <w:r>
        <w:rPr>
          <w:color w:val="000000"/>
        </w:rPr>
        <w:t>Garden, W. “GLEAM.” Yacht Designs II, pp. 74.</w:t>
      </w:r>
    </w:p>
    <w:p w14:paraId="05DD5650" w14:textId="77777777" w:rsidR="008B157E" w:rsidRDefault="00000000">
      <w:pPr>
        <w:keepNext/>
        <w:spacing w:before="160" w:after="60"/>
        <w:ind w:left="317"/>
      </w:pPr>
      <w:r>
        <w:rPr>
          <w:b/>
          <w:color w:val="000000"/>
        </w:rPr>
        <w:lastRenderedPageBreak/>
        <w:t>GRIME</w:t>
      </w:r>
    </w:p>
    <w:p w14:paraId="1744E121" w14:textId="77777777" w:rsidR="008B157E" w:rsidRDefault="00000000">
      <w:pPr>
        <w:keepLines/>
        <w:spacing w:after="140" w:line="245" w:lineRule="auto"/>
        <w:ind w:left="634" w:hanging="317"/>
      </w:pPr>
      <w:r>
        <w:rPr>
          <w:color w:val="000000"/>
          <w:sz w:val="18"/>
        </w:rPr>
        <w:t>Type: troller yacht;  Length overall: 56' 4";  SP Coll. 096 catalog: 96.468</w:t>
      </w:r>
      <w:r>
        <w:br/>
      </w:r>
      <w:r>
        <w:rPr>
          <w:color w:val="000000"/>
        </w:rPr>
        <w:t>Garden, W. “Three trawler yachts.” Yacht Designs, 1977, pp. 162.</w:t>
      </w:r>
    </w:p>
    <w:p w14:paraId="487D6CF4" w14:textId="77777777" w:rsidR="008B157E" w:rsidRDefault="00000000">
      <w:pPr>
        <w:keepLines/>
        <w:spacing w:after="140" w:line="245" w:lineRule="auto"/>
        <w:ind w:left="634" w:hanging="317"/>
      </w:pPr>
      <w:r>
        <w:rPr>
          <w:color w:val="000000"/>
          <w:sz w:val="18"/>
        </w:rPr>
        <w:t>Type: troller yacht;  Length overall: 56' 4";  SP Coll. 096 catalog: 96.468</w:t>
      </w:r>
      <w:r>
        <w:br/>
      </w:r>
      <w:r>
        <w:rPr>
          <w:color w:val="000000"/>
        </w:rPr>
        <w:t>Garden, W. “Three trawler yachts.” Yacht Designs: Rev, pp. 265.</w:t>
      </w:r>
    </w:p>
    <w:p w14:paraId="0EC9AECD" w14:textId="77777777" w:rsidR="008B157E" w:rsidRDefault="00000000">
      <w:pPr>
        <w:keepNext/>
        <w:spacing w:before="160" w:after="60"/>
        <w:ind w:left="317"/>
      </w:pPr>
      <w:r>
        <w:rPr>
          <w:b/>
          <w:color w:val="000000"/>
        </w:rPr>
        <w:t>GULF 32</w:t>
      </w:r>
    </w:p>
    <w:p w14:paraId="6A439FFF" w14:textId="40244EAD" w:rsidR="008B157E" w:rsidRDefault="00000000">
      <w:pPr>
        <w:keepLines/>
        <w:spacing w:after="140" w:line="245" w:lineRule="auto"/>
        <w:ind w:left="634" w:hanging="317"/>
      </w:pPr>
      <w:r>
        <w:rPr>
          <w:color w:val="000000"/>
          <w:sz w:val="18"/>
        </w:rPr>
        <w:t>Type: aux sloop;  Length overall: 32';  Garden design: 502</w:t>
      </w:r>
      <w:r>
        <w:br/>
      </w:r>
      <w:r>
        <w:rPr>
          <w:color w:val="000000"/>
        </w:rPr>
        <w:t>Garden, W. “Gulf 32.” Yacht Designs: Rev, pp. 216.</w:t>
      </w:r>
      <w:r>
        <w:rPr>
          <w:color w:val="9C5700"/>
          <w:sz w:val="18"/>
        </w:rPr>
        <w:br/>
      </w:r>
      <w:r w:rsidR="000D3AEC">
        <w:rPr>
          <w:color w:val="9C5700"/>
          <w:sz w:val="18"/>
        </w:rPr>
        <w:t>Plans not available</w:t>
      </w:r>
    </w:p>
    <w:p w14:paraId="3F5DFC50" w14:textId="134E596B" w:rsidR="008B157E" w:rsidRDefault="00000000">
      <w:pPr>
        <w:keepLines/>
        <w:spacing w:after="140" w:line="245" w:lineRule="auto"/>
        <w:ind w:left="634" w:hanging="317"/>
      </w:pPr>
      <w:r>
        <w:rPr>
          <w:color w:val="000000"/>
          <w:sz w:val="18"/>
        </w:rPr>
        <w:t>Type: aux sloop;  Length overall: 32';  Garden design: 502</w:t>
      </w:r>
      <w:r>
        <w:br/>
      </w:r>
      <w:r>
        <w:rPr>
          <w:color w:val="000000"/>
        </w:rPr>
        <w:t>Garden, W. “Gulf 32: a sailing motor cruiser.” Yacht Designs, 1977, pp. 140.</w:t>
      </w:r>
      <w:r>
        <w:rPr>
          <w:color w:val="9C5700"/>
          <w:sz w:val="18"/>
        </w:rPr>
        <w:br/>
      </w:r>
      <w:r w:rsidR="000D3AEC">
        <w:rPr>
          <w:color w:val="9C5700"/>
          <w:sz w:val="18"/>
        </w:rPr>
        <w:t>Plans not available</w:t>
      </w:r>
    </w:p>
    <w:p w14:paraId="13A55A83" w14:textId="77777777" w:rsidR="008B157E" w:rsidRDefault="00000000">
      <w:pPr>
        <w:keepNext/>
        <w:spacing w:before="160"/>
      </w:pPr>
      <w:r>
        <w:rPr>
          <w:b/>
          <w:color w:val="1F4E78"/>
          <w:sz w:val="26"/>
        </w:rPr>
        <w:t>H</w:t>
      </w:r>
    </w:p>
    <w:p w14:paraId="498E1813" w14:textId="77777777" w:rsidR="008B157E" w:rsidRDefault="00000000">
      <w:pPr>
        <w:keepNext/>
        <w:spacing w:before="160" w:after="60"/>
        <w:ind w:left="317"/>
      </w:pPr>
      <w:r>
        <w:rPr>
          <w:b/>
          <w:color w:val="000000"/>
        </w:rPr>
        <w:t>HEL-MAR</w:t>
      </w:r>
    </w:p>
    <w:p w14:paraId="6B3E6B7D" w14:textId="77777777" w:rsidR="008B157E" w:rsidRDefault="00000000">
      <w:pPr>
        <w:keepLines/>
        <w:spacing w:after="140" w:line="245" w:lineRule="auto"/>
        <w:ind w:left="634" w:hanging="317"/>
      </w:pPr>
      <w:r>
        <w:rPr>
          <w:color w:val="000000"/>
          <w:sz w:val="18"/>
        </w:rPr>
        <w:t>Type: cruiser;  Length overall: 44';  Owner: Robert Bresnovitch;  Builder: Pacific Boatbuilding Co.;  Garden design: 167;  SP Coll. 096 catalog: 96.86</w:t>
      </w:r>
      <w:r>
        <w:br/>
      </w:r>
      <w:r>
        <w:rPr>
          <w:color w:val="000000"/>
        </w:rPr>
        <w:t>“44' express cruiser.” Yachting, Mar 1950, pp. 65.</w:t>
      </w:r>
    </w:p>
    <w:p w14:paraId="54AE8B67" w14:textId="77777777" w:rsidR="008B157E" w:rsidRDefault="00000000">
      <w:pPr>
        <w:keepLines/>
        <w:spacing w:after="140" w:line="245" w:lineRule="auto"/>
        <w:ind w:left="634" w:hanging="317"/>
      </w:pPr>
      <w:r>
        <w:rPr>
          <w:color w:val="000000"/>
          <w:sz w:val="18"/>
        </w:rPr>
        <w:t>Type: cruiser;  Length overall: 44';  Owner: Rob't Breskovich;  Builder: Pacific Boatbuilding Co.;  Garden design: 167;  SP Coll. 096 catalog: 96.86</w:t>
      </w:r>
      <w:r>
        <w:br/>
      </w:r>
      <w:r>
        <w:rPr>
          <w:color w:val="000000"/>
        </w:rPr>
        <w:t>“High Speed 44' express cruiser.” 100 Yacht &amp; Vessel Designs, pp. 29.</w:t>
      </w:r>
    </w:p>
    <w:p w14:paraId="4726C4F6" w14:textId="77777777" w:rsidR="008B157E" w:rsidRDefault="00000000">
      <w:pPr>
        <w:keepNext/>
        <w:spacing w:before="160" w:after="60"/>
        <w:ind w:left="317"/>
      </w:pPr>
      <w:r>
        <w:rPr>
          <w:b/>
          <w:color w:val="000000"/>
        </w:rPr>
        <w:t>HILDUR</w:t>
      </w:r>
    </w:p>
    <w:p w14:paraId="355EE357" w14:textId="77777777" w:rsidR="008B157E" w:rsidRDefault="00000000">
      <w:pPr>
        <w:keepLines/>
        <w:spacing w:after="140" w:line="245" w:lineRule="auto"/>
        <w:ind w:left="634" w:hanging="317"/>
      </w:pPr>
      <w:r>
        <w:rPr>
          <w:color w:val="000000"/>
          <w:sz w:val="18"/>
        </w:rPr>
        <w:t>Type: diesel yacht;  Length overall: 94';  Owner: John D. Eaton;  Builder: Matsumoto Shipyards/Dollarton,B.C.;  Garden design: 394;  SP Coll. 096 catalog: 96.315</w:t>
      </w:r>
      <w:r>
        <w:br/>
      </w:r>
      <w:r>
        <w:rPr>
          <w:color w:val="000000"/>
        </w:rPr>
        <w:t>“John Eaton's HILDUR.” 100 Yacht &amp; Vessel Designs, pp. 27.</w:t>
      </w:r>
    </w:p>
    <w:p w14:paraId="14444F82" w14:textId="77777777" w:rsidR="008B157E" w:rsidRDefault="00000000">
      <w:pPr>
        <w:keepNext/>
        <w:spacing w:before="160"/>
      </w:pPr>
      <w:r>
        <w:rPr>
          <w:b/>
          <w:color w:val="1F4E78"/>
          <w:sz w:val="26"/>
        </w:rPr>
        <w:t>I</w:t>
      </w:r>
    </w:p>
    <w:p w14:paraId="1BAAEBF8" w14:textId="77777777" w:rsidR="008B157E" w:rsidRDefault="00000000">
      <w:pPr>
        <w:keepNext/>
        <w:spacing w:before="160" w:after="60"/>
        <w:ind w:left="317"/>
      </w:pPr>
      <w:r>
        <w:rPr>
          <w:b/>
          <w:color w:val="000000"/>
        </w:rPr>
        <w:t>ISLAND RAVEN</w:t>
      </w:r>
    </w:p>
    <w:p w14:paraId="072B5659" w14:textId="77777777" w:rsidR="008B157E" w:rsidRDefault="00000000">
      <w:pPr>
        <w:keepLines/>
        <w:spacing w:after="140" w:line="245" w:lineRule="auto"/>
        <w:ind w:left="634" w:hanging="317"/>
      </w:pPr>
      <w:r>
        <w:rPr>
          <w:color w:val="000000"/>
          <w:sz w:val="18"/>
        </w:rPr>
        <w:t>Type: cruiser;  Length overall: 36' 7";  Owner: Peter Burchette</w:t>
      </w:r>
      <w:r>
        <w:br/>
      </w:r>
      <w:r>
        <w:rPr>
          <w:color w:val="000000"/>
        </w:rPr>
        <w:t>Garden, W. “36' 7" power cruiser.” WoodenBoat, Mar/Apr 1979, pp. 89.</w:t>
      </w:r>
    </w:p>
    <w:p w14:paraId="249C523A" w14:textId="77777777" w:rsidR="008B157E" w:rsidRDefault="00000000">
      <w:pPr>
        <w:keepNext/>
        <w:spacing w:before="160" w:after="60"/>
        <w:ind w:left="317"/>
      </w:pPr>
      <w:r>
        <w:rPr>
          <w:b/>
          <w:color w:val="000000"/>
        </w:rPr>
        <w:t>ITATAE</w:t>
      </w:r>
    </w:p>
    <w:p w14:paraId="1C0B2FE6" w14:textId="77777777" w:rsidR="008B157E" w:rsidRDefault="00000000">
      <w:pPr>
        <w:keepLines/>
        <w:spacing w:after="140" w:line="245" w:lineRule="auto"/>
        <w:ind w:left="634" w:hanging="317"/>
      </w:pPr>
      <w:r>
        <w:rPr>
          <w:color w:val="000000"/>
          <w:sz w:val="18"/>
        </w:rPr>
        <w:t>Type: schooner;  Length overall: 27';  Owner: Edward Dane;  Builder: Paul E. Luke/East Boothbay, ME</w:t>
      </w:r>
      <w:r>
        <w:br/>
      </w:r>
      <w:r>
        <w:rPr>
          <w:color w:val="000000"/>
        </w:rPr>
        <w:t>“Cat-schooner designed by William Garden.” Yachting, Apr 1954, pp. 85.</w:t>
      </w:r>
    </w:p>
    <w:p w14:paraId="74394033" w14:textId="77777777" w:rsidR="008B157E" w:rsidRDefault="00000000">
      <w:pPr>
        <w:keepLines/>
        <w:spacing w:after="140" w:line="245" w:lineRule="auto"/>
        <w:ind w:left="634" w:hanging="317"/>
      </w:pPr>
      <w:r>
        <w:rPr>
          <w:color w:val="000000"/>
          <w:sz w:val="18"/>
        </w:rPr>
        <w:t>Type: schooner;  Length overall: 27';  Garden design: 269;  SP Coll. 096 catalog: 96.181</w:t>
      </w:r>
      <w:r>
        <w:br/>
      </w:r>
      <w:r>
        <w:rPr>
          <w:color w:val="000000"/>
        </w:rPr>
        <w:t>Garden, W. “ITATAE.” Yacht Designs: Rev, pp. 57.</w:t>
      </w:r>
    </w:p>
    <w:p w14:paraId="5360E6D4" w14:textId="77777777" w:rsidR="008B157E" w:rsidRDefault="00000000">
      <w:pPr>
        <w:keepLines/>
        <w:spacing w:after="140" w:line="245" w:lineRule="auto"/>
        <w:ind w:left="634" w:hanging="317"/>
      </w:pPr>
      <w:r>
        <w:rPr>
          <w:color w:val="000000"/>
          <w:sz w:val="18"/>
        </w:rPr>
        <w:t>Type: schooner;  Length overall: 27'</w:t>
      </w:r>
      <w:r>
        <w:br/>
      </w:r>
      <w:r>
        <w:rPr>
          <w:color w:val="000000"/>
        </w:rPr>
        <w:t>Garden, W. “ITATAE, a cat schooner.” Yacht Designs, 1977, pp. 35.</w:t>
      </w:r>
    </w:p>
    <w:p w14:paraId="4784280F" w14:textId="77777777" w:rsidR="008B157E" w:rsidRDefault="00000000">
      <w:pPr>
        <w:keepNext/>
        <w:spacing w:before="160"/>
      </w:pPr>
      <w:r>
        <w:rPr>
          <w:b/>
          <w:color w:val="1F4E78"/>
          <w:sz w:val="26"/>
        </w:rPr>
        <w:t>J</w:t>
      </w:r>
    </w:p>
    <w:p w14:paraId="3401A782" w14:textId="77777777" w:rsidR="008B157E" w:rsidRDefault="00000000">
      <w:pPr>
        <w:keepNext/>
        <w:spacing w:before="160" w:after="60"/>
        <w:ind w:left="317"/>
      </w:pPr>
      <w:r>
        <w:rPr>
          <w:b/>
          <w:color w:val="000000"/>
        </w:rPr>
        <w:t>JAMES W. HART</w:t>
      </w:r>
    </w:p>
    <w:p w14:paraId="3E83FAD2" w14:textId="77777777" w:rsidR="008B157E" w:rsidRDefault="00000000">
      <w:pPr>
        <w:keepLines/>
        <w:spacing w:after="140" w:line="245" w:lineRule="auto"/>
        <w:ind w:left="634" w:hanging="317"/>
      </w:pPr>
      <w:r>
        <w:rPr>
          <w:color w:val="000000"/>
          <w:sz w:val="18"/>
        </w:rPr>
        <w:t>Type: catboat;  Length overall: 23';  Garden design: 600;  SP Coll. 096 catalog: 96.482</w:t>
      </w:r>
      <w:r>
        <w:br/>
      </w:r>
      <w:r>
        <w:rPr>
          <w:color w:val="000000"/>
        </w:rPr>
        <w:t>Garden, W. “JAMES W. HART.” Yacht Designs: Rev, pp. 41.</w:t>
      </w:r>
    </w:p>
    <w:p w14:paraId="683A26E6" w14:textId="77777777" w:rsidR="008B157E" w:rsidRDefault="00000000">
      <w:pPr>
        <w:keepLines/>
        <w:spacing w:after="140" w:line="245" w:lineRule="auto"/>
        <w:ind w:left="634" w:hanging="317"/>
      </w:pPr>
      <w:r>
        <w:rPr>
          <w:color w:val="000000"/>
          <w:sz w:val="18"/>
        </w:rPr>
        <w:t>Type: catboat;  Length overall: 23';  Garden design: 600;  SP Coll. 096 catalog: 96.482</w:t>
      </w:r>
      <w:r>
        <w:br/>
      </w:r>
      <w:r>
        <w:rPr>
          <w:color w:val="000000"/>
        </w:rPr>
        <w:t>Garden, W. “JAMES W. HART: a catboat.” Yacht Designs, 1977, pp. 14.</w:t>
      </w:r>
    </w:p>
    <w:p w14:paraId="19F332E1" w14:textId="77777777" w:rsidR="008B157E" w:rsidRDefault="00000000">
      <w:pPr>
        <w:keepNext/>
        <w:spacing w:before="160" w:after="60"/>
        <w:ind w:left="317"/>
      </w:pPr>
      <w:r>
        <w:rPr>
          <w:b/>
          <w:color w:val="000000"/>
        </w:rPr>
        <w:t>JANIE BOAT</w:t>
      </w:r>
    </w:p>
    <w:p w14:paraId="21F395BE" w14:textId="77777777" w:rsidR="008B157E" w:rsidRDefault="00000000">
      <w:pPr>
        <w:keepLines/>
        <w:spacing w:after="140" w:line="245" w:lineRule="auto"/>
        <w:ind w:left="634" w:hanging="317"/>
      </w:pPr>
      <w:r>
        <w:rPr>
          <w:color w:val="000000"/>
          <w:sz w:val="18"/>
        </w:rPr>
        <w:t>Type: cruiser;  Length overall: 29' 11";  Garden design: 717;  SP Coll. 096 catalog: 96.548</w:t>
      </w:r>
      <w:r>
        <w:br/>
      </w:r>
      <w:r>
        <w:rPr>
          <w:color w:val="000000"/>
        </w:rPr>
        <w:t>Garden, W. “JANIE BOAT.” Yacht Designs: Rev, pp. 204.</w:t>
      </w:r>
    </w:p>
    <w:p w14:paraId="18C44FC0" w14:textId="77777777" w:rsidR="008B157E" w:rsidRDefault="00000000">
      <w:pPr>
        <w:keepNext/>
        <w:spacing w:before="160" w:after="60"/>
        <w:ind w:left="317"/>
      </w:pPr>
      <w:r>
        <w:rPr>
          <w:b/>
          <w:color w:val="000000"/>
        </w:rPr>
        <w:lastRenderedPageBreak/>
        <w:t>JEFF</w:t>
      </w:r>
    </w:p>
    <w:p w14:paraId="3E34354B" w14:textId="77777777" w:rsidR="008B157E" w:rsidRDefault="00000000">
      <w:pPr>
        <w:keepLines/>
        <w:spacing w:after="140" w:line="245" w:lineRule="auto"/>
        <w:ind w:left="634" w:hanging="317"/>
      </w:pPr>
      <w:r>
        <w:rPr>
          <w:color w:val="000000"/>
          <w:sz w:val="18"/>
        </w:rPr>
        <w:t>Type: patrol ferry;  Length overall: 57';  Owner: Fish &amp; Wildlife;  Builder: Blanchard Boat Co.;  Garden design: 237;  SP Coll. 096 catalog: 96.144</w:t>
      </w:r>
      <w:r>
        <w:br/>
      </w:r>
      <w:r>
        <w:rPr>
          <w:color w:val="000000"/>
        </w:rPr>
        <w:t>“Mutt &amp; Jeff patrol boats.” 100 Yacht &amp; Vessel Designs, pp. 60.</w:t>
      </w:r>
    </w:p>
    <w:p w14:paraId="73ED4F17" w14:textId="77777777" w:rsidR="008B157E" w:rsidRDefault="00000000">
      <w:pPr>
        <w:keepNext/>
        <w:spacing w:before="160" w:after="60"/>
        <w:ind w:left="317"/>
      </w:pPr>
      <w:r>
        <w:rPr>
          <w:b/>
          <w:color w:val="000000"/>
        </w:rPr>
        <w:t>JELLY BEAN</w:t>
      </w:r>
    </w:p>
    <w:p w14:paraId="7200252E" w14:textId="2026EF72" w:rsidR="008B157E" w:rsidRDefault="00000000">
      <w:pPr>
        <w:keepLines/>
        <w:spacing w:after="140" w:line="245" w:lineRule="auto"/>
        <w:ind w:left="634" w:hanging="317"/>
      </w:pPr>
      <w:r>
        <w:rPr>
          <w:color w:val="000000"/>
          <w:sz w:val="18"/>
        </w:rPr>
        <w:t>Type: cruiser;  Length overall: 21' 6";  Garden design: 582</w:t>
      </w:r>
      <w:r>
        <w:br/>
      </w:r>
      <w:r>
        <w:rPr>
          <w:color w:val="000000"/>
        </w:rPr>
        <w:t>Garden, W. “JELLY BEAN.” Yacht Designs: Rev, pp. 39.</w:t>
      </w:r>
      <w:r>
        <w:rPr>
          <w:color w:val="9C5700"/>
          <w:sz w:val="18"/>
        </w:rPr>
        <w:br/>
      </w:r>
      <w:r w:rsidR="000D3AEC">
        <w:rPr>
          <w:color w:val="9C5700"/>
          <w:sz w:val="18"/>
        </w:rPr>
        <w:t>Plans not available</w:t>
      </w:r>
    </w:p>
    <w:p w14:paraId="0A9F516C" w14:textId="30D4930F" w:rsidR="008B157E" w:rsidRDefault="00000000">
      <w:pPr>
        <w:keepLines/>
        <w:spacing w:after="140" w:line="245" w:lineRule="auto"/>
        <w:ind w:left="634" w:hanging="317"/>
      </w:pPr>
      <w:r>
        <w:rPr>
          <w:color w:val="000000"/>
          <w:sz w:val="18"/>
        </w:rPr>
        <w:t>Type: cruiser;  Length overall: 21' 6";  Garden design: 582</w:t>
      </w:r>
      <w:r>
        <w:br/>
      </w:r>
      <w:r>
        <w:rPr>
          <w:color w:val="000000"/>
        </w:rPr>
        <w:t>Garden, W. “JELLY BEAN: another tabloid cruiser.” Yacht Designs, 1977, pp. 12.</w:t>
      </w:r>
      <w:r>
        <w:rPr>
          <w:color w:val="9C5700"/>
          <w:sz w:val="18"/>
        </w:rPr>
        <w:br/>
      </w:r>
      <w:r w:rsidR="000D3AEC">
        <w:rPr>
          <w:color w:val="9C5700"/>
          <w:sz w:val="18"/>
        </w:rPr>
        <w:t>Plans not available</w:t>
      </w:r>
    </w:p>
    <w:p w14:paraId="1D034B84" w14:textId="77777777" w:rsidR="008B157E" w:rsidRDefault="00000000">
      <w:pPr>
        <w:keepNext/>
        <w:spacing w:before="160" w:after="60"/>
        <w:ind w:left="317"/>
      </w:pPr>
      <w:r>
        <w:rPr>
          <w:b/>
          <w:color w:val="000000"/>
        </w:rPr>
        <w:t>JUNE BUG</w:t>
      </w:r>
    </w:p>
    <w:p w14:paraId="2274D209" w14:textId="77777777" w:rsidR="008B157E" w:rsidRDefault="00000000">
      <w:pPr>
        <w:keepLines/>
        <w:spacing w:after="140" w:line="245" w:lineRule="auto"/>
        <w:ind w:left="634" w:hanging="317"/>
      </w:pPr>
      <w:r>
        <w:rPr>
          <w:color w:val="000000"/>
          <w:sz w:val="18"/>
        </w:rPr>
        <w:t>Type: cat schooner;  Length overall: 17' 8";  Garden design: 82</w:t>
      </w:r>
      <w:r>
        <w:br/>
      </w:r>
      <w:r>
        <w:rPr>
          <w:color w:val="000000"/>
        </w:rPr>
        <w:t>“How to build JUNE BUG.” Rudder, Nov 1945, pp. 30-3.</w:t>
      </w:r>
    </w:p>
    <w:p w14:paraId="76AA56E4" w14:textId="77777777" w:rsidR="008B157E" w:rsidRDefault="00000000">
      <w:pPr>
        <w:keepNext/>
        <w:spacing w:before="160"/>
      </w:pPr>
      <w:r>
        <w:rPr>
          <w:b/>
          <w:color w:val="1F4E78"/>
          <w:sz w:val="26"/>
        </w:rPr>
        <w:t>K</w:t>
      </w:r>
    </w:p>
    <w:p w14:paraId="7FD46ECC" w14:textId="77777777" w:rsidR="008B157E" w:rsidRDefault="00000000">
      <w:pPr>
        <w:keepNext/>
        <w:spacing w:before="160" w:after="60"/>
        <w:ind w:left="317"/>
      </w:pPr>
      <w:r>
        <w:rPr>
          <w:b/>
          <w:color w:val="000000"/>
        </w:rPr>
        <w:t>KAKKI M</w:t>
      </w:r>
    </w:p>
    <w:p w14:paraId="13AB7F9F" w14:textId="77777777" w:rsidR="008B157E" w:rsidRDefault="00000000">
      <w:pPr>
        <w:keepLines/>
        <w:spacing w:after="140" w:line="245" w:lineRule="auto"/>
        <w:ind w:left="634" w:hanging="317"/>
      </w:pPr>
      <w:r>
        <w:rPr>
          <w:color w:val="000000"/>
          <w:sz w:val="18"/>
        </w:rPr>
        <w:t>Length overall: 104';  Garden design: 525;  SP Coll. 096 catalog: 96.438</w:t>
      </w:r>
      <w:r>
        <w:br/>
      </w:r>
      <w:r>
        <w:rPr>
          <w:color w:val="000000"/>
        </w:rPr>
        <w:t>Garden, W. “KAKKI M.” Yacht Designs: Rev, pp. 314.</w:t>
      </w:r>
    </w:p>
    <w:p w14:paraId="354BC5D0" w14:textId="77777777" w:rsidR="008B157E" w:rsidRDefault="00000000">
      <w:pPr>
        <w:keepLines/>
        <w:spacing w:after="140" w:line="245" w:lineRule="auto"/>
        <w:ind w:left="634" w:hanging="317"/>
      </w:pPr>
      <w:r>
        <w:rPr>
          <w:color w:val="000000"/>
          <w:sz w:val="18"/>
        </w:rPr>
        <w:t>Type: cruiser;  Length overall: 77';  Owner: Howard McGregor;  Builder: Vic Franck/Seattle;  Garden design: 418</w:t>
      </w:r>
      <w:r>
        <w:br/>
      </w:r>
      <w:r>
        <w:rPr>
          <w:color w:val="000000"/>
        </w:rPr>
        <w:t>“KAKKI M by Garden.” 100 Yacht &amp; Vessel Designs, pp. 19.</w:t>
      </w:r>
    </w:p>
    <w:p w14:paraId="36F0883E" w14:textId="77777777" w:rsidR="008B157E" w:rsidRDefault="00000000">
      <w:pPr>
        <w:keepLines/>
        <w:spacing w:after="140" w:line="245" w:lineRule="auto"/>
        <w:ind w:left="634" w:hanging="317"/>
      </w:pPr>
      <w:r>
        <w:rPr>
          <w:color w:val="000000"/>
          <w:sz w:val="18"/>
        </w:rPr>
        <w:t>Length overall: 104';  Garden design: 525;  SP Coll. 096 catalog: 96.438</w:t>
      </w:r>
      <w:r>
        <w:br/>
      </w:r>
      <w:r>
        <w:rPr>
          <w:color w:val="000000"/>
        </w:rPr>
        <w:t>Garden, W. “KAKKI M: a motorship yacht.” Yacht Designs, 1977, pp. 210.</w:t>
      </w:r>
    </w:p>
    <w:p w14:paraId="44A77788" w14:textId="77777777" w:rsidR="008B157E" w:rsidRDefault="00000000">
      <w:pPr>
        <w:keepNext/>
        <w:spacing w:before="160" w:after="60"/>
        <w:ind w:left="317"/>
      </w:pPr>
      <w:r>
        <w:rPr>
          <w:b/>
          <w:color w:val="000000"/>
        </w:rPr>
        <w:t>KALITAN</w:t>
      </w:r>
    </w:p>
    <w:p w14:paraId="67A18168" w14:textId="77777777" w:rsidR="008B157E" w:rsidRDefault="00000000">
      <w:pPr>
        <w:keepLines/>
        <w:spacing w:after="140" w:line="245" w:lineRule="auto"/>
        <w:ind w:left="634" w:hanging="317"/>
      </w:pPr>
      <w:r>
        <w:rPr>
          <w:color w:val="000000"/>
          <w:sz w:val="18"/>
        </w:rPr>
        <w:t>Type: power yacht;  Length overall: 42';  Garden design: 592;  SP Coll. 096 catalog: 96.479</w:t>
      </w:r>
      <w:r>
        <w:br/>
      </w:r>
      <w:r>
        <w:rPr>
          <w:color w:val="000000"/>
        </w:rPr>
        <w:t>Garden, W. “Express Cruiser KALITAN.” Yacht Designs II, pp. 138.</w:t>
      </w:r>
    </w:p>
    <w:p w14:paraId="39EE6D4A" w14:textId="77777777" w:rsidR="008B157E" w:rsidRDefault="00000000">
      <w:pPr>
        <w:keepNext/>
        <w:spacing w:before="160" w:after="60"/>
        <w:ind w:left="317"/>
      </w:pPr>
      <w:r>
        <w:rPr>
          <w:b/>
          <w:color w:val="000000"/>
        </w:rPr>
        <w:t>KAPRICE</w:t>
      </w:r>
    </w:p>
    <w:p w14:paraId="0AE3890D" w14:textId="77777777" w:rsidR="008B157E" w:rsidRDefault="00000000">
      <w:pPr>
        <w:keepLines/>
        <w:spacing w:after="140" w:line="245" w:lineRule="auto"/>
        <w:ind w:left="634" w:hanging="317"/>
      </w:pPr>
      <w:r>
        <w:rPr>
          <w:color w:val="000000"/>
          <w:sz w:val="18"/>
        </w:rPr>
        <w:t>Length overall: 60';  Garden design: 436;  SP Coll. 096 catalog: 96.354</w:t>
      </w:r>
      <w:r>
        <w:br/>
      </w:r>
      <w:r>
        <w:rPr>
          <w:color w:val="000000"/>
        </w:rPr>
        <w:t>Garden, W. “KAPRICE.” Yacht Designs: Rev, pp. 284.</w:t>
      </w:r>
    </w:p>
    <w:p w14:paraId="560D710B" w14:textId="77777777" w:rsidR="008B157E" w:rsidRDefault="00000000">
      <w:pPr>
        <w:keepLines/>
        <w:spacing w:after="140" w:line="245" w:lineRule="auto"/>
        <w:ind w:left="634" w:hanging="317"/>
      </w:pPr>
      <w:r>
        <w:rPr>
          <w:color w:val="000000"/>
          <w:sz w:val="18"/>
        </w:rPr>
        <w:t>Length overall: 60';  Garden design: 436;  SP Coll. 096 catalog: 96.354</w:t>
      </w:r>
      <w:r>
        <w:br/>
      </w:r>
      <w:r>
        <w:rPr>
          <w:color w:val="000000"/>
        </w:rPr>
        <w:t>Garden, W. “KAPRICE: a diesel cruiser.” Yacht Designs, 1977, pp. 186.</w:t>
      </w:r>
    </w:p>
    <w:p w14:paraId="5CB68B1C" w14:textId="77777777" w:rsidR="008B157E" w:rsidRDefault="00000000">
      <w:pPr>
        <w:keepLines/>
        <w:spacing w:after="140" w:line="245" w:lineRule="auto"/>
        <w:ind w:left="634" w:hanging="317"/>
      </w:pPr>
      <w:r>
        <w:rPr>
          <w:color w:val="000000"/>
          <w:sz w:val="18"/>
        </w:rPr>
        <w:t>Type: cat diesel;  Length overall: 60';  Owner: Nat Paschall;  Builder: Vic Franck/Seattle;  Garden design: 467;  SP Coll. 096 catalog: 96.354</w:t>
      </w:r>
      <w:r>
        <w:br/>
      </w:r>
      <w:r>
        <w:rPr>
          <w:color w:val="000000"/>
        </w:rPr>
        <w:t>“Seagoing Power Boats with steadying sails.” 100 Yacht &amp; Vessel Designs, pp. 38.</w:t>
      </w:r>
    </w:p>
    <w:p w14:paraId="6203A263" w14:textId="77777777" w:rsidR="008B157E" w:rsidRDefault="00000000">
      <w:pPr>
        <w:keepNext/>
        <w:spacing w:before="160" w:after="60"/>
        <w:ind w:left="317"/>
      </w:pPr>
      <w:r>
        <w:rPr>
          <w:b/>
          <w:color w:val="000000"/>
        </w:rPr>
        <w:t>KATHERINE</w:t>
      </w:r>
    </w:p>
    <w:p w14:paraId="40799B6A" w14:textId="77777777" w:rsidR="008B157E" w:rsidRDefault="00000000">
      <w:pPr>
        <w:keepLines/>
        <w:spacing w:after="140" w:line="245" w:lineRule="auto"/>
        <w:ind w:left="634" w:hanging="317"/>
      </w:pPr>
      <w:r>
        <w:rPr>
          <w:color w:val="000000"/>
          <w:sz w:val="18"/>
        </w:rPr>
        <w:t>Length overall: 36';  Garden design: 573-1;  SP Coll. 096 catalog: 96.469</w:t>
      </w:r>
      <w:r>
        <w:br/>
      </w:r>
      <w:r>
        <w:rPr>
          <w:color w:val="000000"/>
        </w:rPr>
        <w:t>Garden, W. “KATHERINE.” Yacht Designs: Rev, pp. 230.</w:t>
      </w:r>
    </w:p>
    <w:p w14:paraId="144BF71F" w14:textId="77777777" w:rsidR="008B157E" w:rsidRDefault="00000000">
      <w:pPr>
        <w:keepLines/>
        <w:spacing w:after="140" w:line="245" w:lineRule="auto"/>
        <w:ind w:left="634" w:hanging="317"/>
      </w:pPr>
      <w:r>
        <w:rPr>
          <w:color w:val="000000"/>
          <w:sz w:val="18"/>
        </w:rPr>
        <w:t>Length overall: 36';  Garden design: 573-1;  SP Coll. 096 catalog: 96.469</w:t>
      </w:r>
      <w:r>
        <w:br/>
      </w:r>
      <w:r>
        <w:rPr>
          <w:color w:val="000000"/>
        </w:rPr>
        <w:t>Garden, W. “KATHERINE: a modern express commuter.” Yacht Designs, 1977, pp. 148.</w:t>
      </w:r>
    </w:p>
    <w:p w14:paraId="415409EC" w14:textId="77777777" w:rsidR="008B157E" w:rsidRDefault="00000000">
      <w:pPr>
        <w:keepNext/>
        <w:spacing w:before="160" w:after="60"/>
        <w:ind w:left="317"/>
      </w:pPr>
      <w:r>
        <w:rPr>
          <w:b/>
          <w:color w:val="000000"/>
        </w:rPr>
        <w:t>KATHERINE II</w:t>
      </w:r>
    </w:p>
    <w:p w14:paraId="500D7C46" w14:textId="77777777" w:rsidR="008B157E" w:rsidRDefault="00000000">
      <w:pPr>
        <w:keepLines/>
        <w:spacing w:after="140" w:line="245" w:lineRule="auto"/>
        <w:ind w:left="634" w:hanging="317"/>
      </w:pPr>
      <w:r>
        <w:rPr>
          <w:color w:val="000000"/>
          <w:sz w:val="18"/>
        </w:rPr>
        <w:t>Type: power yacht;  Length overall: 67' 9";  Garden design: 616</w:t>
      </w:r>
      <w:r>
        <w:br/>
      </w:r>
      <w:r>
        <w:rPr>
          <w:color w:val="000000"/>
        </w:rPr>
        <w:t>Garden, W. “Bayline Express.” Yacht Designs II, pp. 162.</w:t>
      </w:r>
    </w:p>
    <w:p w14:paraId="30656598" w14:textId="77777777" w:rsidR="008B157E" w:rsidRDefault="00000000">
      <w:pPr>
        <w:keepNext/>
        <w:spacing w:before="160" w:after="60"/>
        <w:ind w:left="317"/>
      </w:pPr>
      <w:r>
        <w:rPr>
          <w:b/>
          <w:color w:val="000000"/>
        </w:rPr>
        <w:t>KATHERINE III</w:t>
      </w:r>
    </w:p>
    <w:p w14:paraId="3CF73BBB" w14:textId="77777777" w:rsidR="008B157E" w:rsidRDefault="00000000">
      <w:pPr>
        <w:keepLines/>
        <w:spacing w:after="140" w:line="245" w:lineRule="auto"/>
        <w:ind w:left="634" w:hanging="317"/>
      </w:pPr>
      <w:r>
        <w:rPr>
          <w:color w:val="000000"/>
          <w:sz w:val="18"/>
        </w:rPr>
        <w:t>Type: power yacht;  Length overall: 92' 3";  Garden design: 686;  SP Coll. 096 catalog: 96.535</w:t>
      </w:r>
      <w:r>
        <w:br/>
      </w:r>
      <w:r>
        <w:rPr>
          <w:color w:val="000000"/>
        </w:rPr>
        <w:t>Garden, W. “KATHERINE III.” Yacht Designs II, pp. 152.</w:t>
      </w:r>
    </w:p>
    <w:p w14:paraId="73BB41A8" w14:textId="77777777" w:rsidR="008B157E" w:rsidRDefault="00000000">
      <w:pPr>
        <w:keepNext/>
        <w:spacing w:before="160" w:after="60"/>
        <w:ind w:left="317"/>
      </w:pPr>
      <w:r>
        <w:rPr>
          <w:b/>
          <w:color w:val="000000"/>
        </w:rPr>
        <w:lastRenderedPageBreak/>
        <w:t>KAYAK</w:t>
      </w:r>
    </w:p>
    <w:p w14:paraId="71D2CA3B" w14:textId="77777777" w:rsidR="008B157E" w:rsidRDefault="00000000">
      <w:pPr>
        <w:keepLines/>
        <w:spacing w:after="140" w:line="245" w:lineRule="auto"/>
        <w:ind w:left="634" w:hanging="317"/>
      </w:pPr>
      <w:r>
        <w:rPr>
          <w:color w:val="000000"/>
          <w:sz w:val="18"/>
        </w:rPr>
        <w:t>Type: motorsailer;  Length overall: 36';  Owner: Geo. Wiley;  Builder: Monson Boat Co., Seattle;  Garden design: 118;  SP Coll. 096 catalog: 96.61</w:t>
      </w:r>
      <w:r>
        <w:br/>
      </w:r>
      <w:r>
        <w:rPr>
          <w:color w:val="000000"/>
        </w:rPr>
        <w:t>“And KAYAK.” 100 Yacht &amp; Vessel Designs, pp. 46.</w:t>
      </w:r>
    </w:p>
    <w:p w14:paraId="3EA5318B" w14:textId="77777777" w:rsidR="008B157E" w:rsidRDefault="00000000">
      <w:pPr>
        <w:keepLines/>
        <w:spacing w:after="140" w:line="245" w:lineRule="auto"/>
        <w:ind w:left="634" w:hanging="317"/>
      </w:pPr>
      <w:r>
        <w:rPr>
          <w:color w:val="000000"/>
          <w:sz w:val="18"/>
        </w:rPr>
        <w:t>Garden design: 118;  SP Coll. 096 catalog: 96.61</w:t>
      </w:r>
      <w:r>
        <w:br/>
      </w:r>
      <w:r>
        <w:rPr>
          <w:color w:val="000000"/>
        </w:rPr>
        <w:t>Garden, W. “BOLERO and FAST PASSAGE 39.” Yacht Designs II, pp. 23.</w:t>
      </w:r>
    </w:p>
    <w:p w14:paraId="626A81ED" w14:textId="77777777" w:rsidR="008B157E" w:rsidRDefault="00000000">
      <w:pPr>
        <w:keepNext/>
        <w:spacing w:before="160" w:after="60"/>
        <w:ind w:left="317"/>
      </w:pPr>
      <w:r>
        <w:rPr>
          <w:b/>
          <w:color w:val="000000"/>
        </w:rPr>
        <w:t>KELPIE</w:t>
      </w:r>
    </w:p>
    <w:p w14:paraId="2B075889" w14:textId="77777777" w:rsidR="008B157E" w:rsidRDefault="00000000">
      <w:pPr>
        <w:keepLines/>
        <w:spacing w:after="140" w:line="245" w:lineRule="auto"/>
        <w:ind w:left="634" w:hanging="317"/>
      </w:pPr>
      <w:r>
        <w:rPr>
          <w:color w:val="000000"/>
          <w:sz w:val="18"/>
        </w:rPr>
        <w:t>Type: cutter;  Length overall: 25';  Owner: Garin Stevenson;  Builder: Garin Stevenson</w:t>
      </w:r>
      <w:r>
        <w:br/>
      </w:r>
      <w:r>
        <w:rPr>
          <w:color w:val="000000"/>
        </w:rPr>
        <w:t>“KELPIE, a trim Victorian revival.” Yachting, Mar 1942, pp. 60.</w:t>
      </w:r>
    </w:p>
    <w:p w14:paraId="53DC47C6" w14:textId="77777777" w:rsidR="008B157E" w:rsidRDefault="00000000">
      <w:pPr>
        <w:keepNext/>
        <w:spacing w:before="160" w:after="60"/>
        <w:ind w:left="317"/>
      </w:pPr>
      <w:r>
        <w:rPr>
          <w:b/>
          <w:color w:val="000000"/>
        </w:rPr>
        <w:t>KEMO SABAY</w:t>
      </w:r>
    </w:p>
    <w:p w14:paraId="44BA6620" w14:textId="77777777" w:rsidR="008B157E" w:rsidRDefault="00000000">
      <w:pPr>
        <w:keepLines/>
        <w:spacing w:after="140" w:line="245" w:lineRule="auto"/>
        <w:ind w:left="634" w:hanging="317"/>
      </w:pPr>
      <w:r>
        <w:rPr>
          <w:color w:val="000000"/>
          <w:sz w:val="18"/>
        </w:rPr>
        <w:t>Type: seiner;  Length overall: 56';  Owner: Peter Kink;  Builder: Bellingham Shipyards Co/Bellingham,WA;  Garden design: 341;  SP Coll. 096 catalog: 96.265</w:t>
      </w:r>
      <w:r>
        <w:br/>
      </w:r>
      <w:r>
        <w:rPr>
          <w:color w:val="000000"/>
        </w:rPr>
        <w:t>“Seiner.” 100 Yacht &amp; Vessel Designs, pp. 64.</w:t>
      </w:r>
    </w:p>
    <w:p w14:paraId="3DECA261" w14:textId="77777777" w:rsidR="008B157E" w:rsidRDefault="00000000">
      <w:pPr>
        <w:keepNext/>
        <w:spacing w:before="160" w:after="60"/>
        <w:ind w:left="317"/>
      </w:pPr>
      <w:r>
        <w:rPr>
          <w:b/>
          <w:color w:val="000000"/>
        </w:rPr>
        <w:t>KINGFISHER</w:t>
      </w:r>
    </w:p>
    <w:p w14:paraId="3A1E4B64" w14:textId="77777777" w:rsidR="008B157E" w:rsidRDefault="00000000">
      <w:pPr>
        <w:keepLines/>
        <w:spacing w:after="140" w:line="245" w:lineRule="auto"/>
        <w:ind w:left="634" w:hanging="317"/>
      </w:pPr>
      <w:r>
        <w:rPr>
          <w:color w:val="000000"/>
          <w:sz w:val="18"/>
        </w:rPr>
        <w:t>Type: deisel boat;  Length overall: 42';  Garden design: 515;  SP Coll. 096 catalog: 96.427</w:t>
      </w:r>
      <w:r>
        <w:br/>
      </w:r>
      <w:r>
        <w:rPr>
          <w:color w:val="000000"/>
        </w:rPr>
        <w:t>Garden, W. “KINGFISHER.” Yacht Designs: Rev, pp. 177.</w:t>
      </w:r>
    </w:p>
    <w:p w14:paraId="373F013D" w14:textId="77777777" w:rsidR="008B157E" w:rsidRDefault="00000000">
      <w:pPr>
        <w:keepLines/>
        <w:spacing w:after="140" w:line="245" w:lineRule="auto"/>
        <w:ind w:left="634" w:hanging="317"/>
      </w:pPr>
      <w:r>
        <w:rPr>
          <w:color w:val="000000"/>
          <w:sz w:val="18"/>
        </w:rPr>
        <w:t>Type: deisel boat;  Length overall: 42';  Garden design: 515;  SP Coll. 096 catalog: 96.427</w:t>
      </w:r>
      <w:r>
        <w:br/>
      </w:r>
      <w:r>
        <w:rPr>
          <w:color w:val="000000"/>
        </w:rPr>
        <w:t>Garden, W. “KINGFISHER.” Yacht Designs: Rev, pp. 253.</w:t>
      </w:r>
    </w:p>
    <w:p w14:paraId="071F46B3" w14:textId="77777777" w:rsidR="008B157E" w:rsidRDefault="00000000">
      <w:pPr>
        <w:keepNext/>
        <w:spacing w:before="160"/>
      </w:pPr>
      <w:r>
        <w:rPr>
          <w:b/>
          <w:color w:val="1F4E78"/>
          <w:sz w:val="26"/>
        </w:rPr>
        <w:t>L</w:t>
      </w:r>
    </w:p>
    <w:p w14:paraId="55E7E3B8" w14:textId="77777777" w:rsidR="008B157E" w:rsidRDefault="00000000">
      <w:pPr>
        <w:keepNext/>
        <w:spacing w:before="160" w:after="60"/>
        <w:ind w:left="317"/>
      </w:pPr>
      <w:r>
        <w:rPr>
          <w:b/>
          <w:color w:val="000000"/>
        </w:rPr>
        <w:t>LAKESIDER</w:t>
      </w:r>
    </w:p>
    <w:p w14:paraId="3C17E781" w14:textId="77777777" w:rsidR="008B157E" w:rsidRDefault="00000000">
      <w:pPr>
        <w:keepLines/>
        <w:spacing w:after="140" w:line="245" w:lineRule="auto"/>
        <w:ind w:left="634" w:hanging="317"/>
      </w:pPr>
      <w:r>
        <w:rPr>
          <w:color w:val="000000"/>
          <w:sz w:val="18"/>
        </w:rPr>
        <w:t>Type: cruiser;  Length overall: 67';  Owner: Roady Lee;  Garden design: 344;  SP Coll. 096 catalog: 96.266</w:t>
      </w:r>
      <w:r>
        <w:br/>
      </w:r>
      <w:r>
        <w:rPr>
          <w:color w:val="000000"/>
        </w:rPr>
        <w:t>“LAKESIDER.” 100 Yacht &amp; Vessel Designs, pp. 33.</w:t>
      </w:r>
    </w:p>
    <w:p w14:paraId="7C191BA6" w14:textId="77777777" w:rsidR="008B157E" w:rsidRDefault="00000000">
      <w:pPr>
        <w:keepNext/>
        <w:spacing w:before="160" w:after="60"/>
        <w:ind w:left="317"/>
      </w:pPr>
      <w:r>
        <w:rPr>
          <w:b/>
          <w:color w:val="000000"/>
        </w:rPr>
        <w:t>LITTLE GOOSE</w:t>
      </w:r>
    </w:p>
    <w:p w14:paraId="6A469CB3" w14:textId="77777777" w:rsidR="008B157E" w:rsidRDefault="00000000">
      <w:pPr>
        <w:keepLines/>
        <w:spacing w:after="140" w:line="245" w:lineRule="auto"/>
        <w:ind w:left="634" w:hanging="317"/>
      </w:pPr>
      <w:r>
        <w:rPr>
          <w:color w:val="000000"/>
          <w:sz w:val="18"/>
        </w:rPr>
        <w:t>Type: cruiser;  Length overall: 63';  Owner: John Case;  Builder: Maritime Shipyards;  Garden design: 303;  SP Coll. 096 catalog: 96.22</w:t>
      </w:r>
      <w:r>
        <w:br/>
      </w:r>
      <w:r>
        <w:rPr>
          <w:color w:val="000000"/>
        </w:rPr>
        <w:t>“LITTLE GOOSE.” 100 Yacht &amp; Vessel Designs, pp. 33.</w:t>
      </w:r>
    </w:p>
    <w:p w14:paraId="31F6605C" w14:textId="77777777" w:rsidR="008B157E" w:rsidRDefault="00000000">
      <w:pPr>
        <w:keepLines/>
        <w:spacing w:after="140" w:line="245" w:lineRule="auto"/>
        <w:ind w:left="634" w:hanging="317"/>
      </w:pPr>
      <w:r>
        <w:rPr>
          <w:color w:val="000000"/>
          <w:sz w:val="18"/>
        </w:rPr>
        <w:t>Length overall: 63';  Garden design: 303;  SP Coll. 096 catalog: 96.22</w:t>
      </w:r>
      <w:r>
        <w:br/>
      </w:r>
      <w:r>
        <w:rPr>
          <w:color w:val="000000"/>
        </w:rPr>
        <w:t>Garden, W. “LITTLE GOOSE.” Yacht Designs: Rev, pp. 290.</w:t>
      </w:r>
    </w:p>
    <w:p w14:paraId="53DB8163" w14:textId="77777777" w:rsidR="008B157E" w:rsidRDefault="00000000">
      <w:pPr>
        <w:keepNext/>
        <w:spacing w:before="160" w:after="60"/>
        <w:ind w:left="317"/>
      </w:pPr>
      <w:r>
        <w:rPr>
          <w:b/>
          <w:color w:val="000000"/>
        </w:rPr>
        <w:t>LITTLE REVENGE</w:t>
      </w:r>
    </w:p>
    <w:p w14:paraId="26FF963F" w14:textId="77777777" w:rsidR="008B157E" w:rsidRDefault="00000000">
      <w:pPr>
        <w:keepLines/>
        <w:spacing w:after="140" w:line="245" w:lineRule="auto"/>
        <w:ind w:left="634" w:hanging="317"/>
      </w:pPr>
      <w:r>
        <w:rPr>
          <w:color w:val="000000"/>
          <w:sz w:val="18"/>
        </w:rPr>
        <w:t>Type: Ketch;  Length overall: 53' 0";  Owner: John Case;  Builder: Hoppan Boat Works, Gig Harbor, WA</w:t>
      </w:r>
      <w:r>
        <w:br/>
      </w:r>
      <w:r>
        <w:rPr>
          <w:color w:val="000000"/>
        </w:rPr>
        <w:t>“Character in a Ketch.” 100 Yacht &amp; Vessel Designs, pp. 43.</w:t>
      </w:r>
    </w:p>
    <w:p w14:paraId="3633BC37" w14:textId="77777777" w:rsidR="008B157E" w:rsidRDefault="00000000">
      <w:pPr>
        <w:keepLines/>
        <w:spacing w:after="140" w:line="245" w:lineRule="auto"/>
        <w:ind w:left="634" w:hanging="317"/>
      </w:pPr>
      <w:r>
        <w:rPr>
          <w:color w:val="000000"/>
          <w:sz w:val="18"/>
        </w:rPr>
        <w:t>Type: ketch;  Length overall: 53';  Garden design: 420;  SP Coll. 096 catalog: 96.336</w:t>
      </w:r>
      <w:r>
        <w:br/>
      </w:r>
      <w:r>
        <w:rPr>
          <w:color w:val="000000"/>
        </w:rPr>
        <w:t>Garden, W. “LITTLE REVENGE.” Yacht Designs: Rev, pp. 162.</w:t>
      </w:r>
    </w:p>
    <w:p w14:paraId="79C84ED6" w14:textId="77777777" w:rsidR="008B157E" w:rsidRDefault="00000000">
      <w:pPr>
        <w:keepNext/>
        <w:spacing w:before="160"/>
      </w:pPr>
      <w:r>
        <w:rPr>
          <w:b/>
          <w:color w:val="1F4E78"/>
          <w:sz w:val="26"/>
        </w:rPr>
        <w:t>M</w:t>
      </w:r>
    </w:p>
    <w:p w14:paraId="1485652D" w14:textId="77777777" w:rsidR="008B157E" w:rsidRDefault="00000000">
      <w:pPr>
        <w:keepNext/>
        <w:spacing w:before="160" w:after="60"/>
        <w:ind w:left="317"/>
      </w:pPr>
      <w:r>
        <w:rPr>
          <w:b/>
          <w:color w:val="000000"/>
        </w:rPr>
        <w:t>MANDALAY</w:t>
      </w:r>
    </w:p>
    <w:p w14:paraId="5C872585" w14:textId="77777777" w:rsidR="008B157E" w:rsidRDefault="00000000">
      <w:pPr>
        <w:keepLines/>
        <w:spacing w:after="140" w:line="245" w:lineRule="auto"/>
        <w:ind w:left="634" w:hanging="317"/>
      </w:pPr>
      <w:r>
        <w:rPr>
          <w:color w:val="000000"/>
          <w:sz w:val="18"/>
        </w:rPr>
        <w:t>Type: motor sailer;  Length overall: 89' 8";  Garden design: 615;  SP Coll. 096 catalog: 96.496</w:t>
      </w:r>
      <w:r>
        <w:br/>
      </w:r>
      <w:r>
        <w:rPr>
          <w:color w:val="000000"/>
        </w:rPr>
        <w:t>Garden, W. “MANDALAY ex-SHALIMAR.” Yacht Designs II, pp. 102.</w:t>
      </w:r>
    </w:p>
    <w:p w14:paraId="47B745AB" w14:textId="77777777" w:rsidR="008B157E" w:rsidRDefault="00000000">
      <w:pPr>
        <w:keepNext/>
        <w:spacing w:before="160" w:after="60"/>
        <w:ind w:left="317"/>
      </w:pPr>
      <w:r>
        <w:rPr>
          <w:b/>
          <w:color w:val="000000"/>
        </w:rPr>
        <w:t>MARDOLL</w:t>
      </w:r>
    </w:p>
    <w:p w14:paraId="5CF88F9B" w14:textId="77777777" w:rsidR="008B157E" w:rsidRDefault="00000000">
      <w:pPr>
        <w:keepLines/>
        <w:spacing w:after="140" w:line="245" w:lineRule="auto"/>
        <w:ind w:left="634" w:hanging="317"/>
      </w:pPr>
      <w:r>
        <w:rPr>
          <w:color w:val="000000"/>
          <w:sz w:val="18"/>
        </w:rPr>
        <w:t>Type: diesel yacht;  Length overall: 42';  Owner: Al Rawlinsons;  Builder: Vic Franck/Seattle</w:t>
      </w:r>
      <w:r>
        <w:br/>
      </w:r>
      <w:r>
        <w:rPr>
          <w:color w:val="000000"/>
        </w:rPr>
        <w:t>“MARDOLL.” 100 Yacht &amp; Vessel Designs, pp. 17.</w:t>
      </w:r>
    </w:p>
    <w:p w14:paraId="46AA0905" w14:textId="77777777" w:rsidR="008B157E" w:rsidRDefault="00000000">
      <w:pPr>
        <w:keepNext/>
        <w:spacing w:before="160" w:after="60"/>
        <w:ind w:left="317"/>
      </w:pPr>
      <w:r>
        <w:rPr>
          <w:b/>
          <w:color w:val="000000"/>
        </w:rPr>
        <w:t>MATA HARI</w:t>
      </w:r>
    </w:p>
    <w:p w14:paraId="0428EB3F" w14:textId="77777777" w:rsidR="008B157E" w:rsidRDefault="00000000">
      <w:pPr>
        <w:keepLines/>
        <w:spacing w:after="140" w:line="245" w:lineRule="auto"/>
        <w:ind w:left="634" w:hanging="317"/>
      </w:pPr>
      <w:r>
        <w:rPr>
          <w:color w:val="000000"/>
          <w:sz w:val="18"/>
        </w:rPr>
        <w:t>Type: sloop;  Length overall: 61';  Owner: Charles H. Baker, Jr.;  Builder: Jim Goldade/Lockhaven Marina;  Garden design: 349;  SP Coll. 096 catalog: 96.27</w:t>
      </w:r>
      <w:r>
        <w:br/>
      </w:r>
      <w:r>
        <w:rPr>
          <w:color w:val="000000"/>
        </w:rPr>
        <w:t>“MATA HARI.” 100 Yacht &amp; Vessel Designs, pp. 46.</w:t>
      </w:r>
    </w:p>
    <w:p w14:paraId="30D58EFA" w14:textId="77777777" w:rsidR="008B157E" w:rsidRDefault="00000000">
      <w:pPr>
        <w:keepNext/>
        <w:spacing w:before="160" w:after="60"/>
        <w:ind w:left="317"/>
      </w:pPr>
      <w:r>
        <w:rPr>
          <w:b/>
          <w:color w:val="000000"/>
        </w:rPr>
        <w:lastRenderedPageBreak/>
        <w:t>MAURINE</w:t>
      </w:r>
    </w:p>
    <w:p w14:paraId="0BDAE46A" w14:textId="77777777" w:rsidR="008B157E" w:rsidRDefault="00000000">
      <w:pPr>
        <w:keepLines/>
        <w:spacing w:after="140" w:line="245" w:lineRule="auto"/>
        <w:ind w:left="634" w:hanging="317"/>
      </w:pPr>
      <w:r>
        <w:rPr>
          <w:color w:val="000000"/>
          <w:sz w:val="18"/>
        </w:rPr>
        <w:t>Type: tug;  Length overall: 30';  Owner: Geo. Foster/John Brickwell;  Builder: New Method Welding Co/Vancouver</w:t>
      </w:r>
      <w:r>
        <w:br/>
      </w:r>
      <w:r>
        <w:rPr>
          <w:color w:val="000000"/>
        </w:rPr>
        <w:t>“Two British Columbia Tugs.” 100 Yacht &amp; Vessel Designs, pp. 62.</w:t>
      </w:r>
    </w:p>
    <w:p w14:paraId="677976F2" w14:textId="77777777" w:rsidR="008B157E" w:rsidRDefault="00000000">
      <w:pPr>
        <w:keepNext/>
        <w:spacing w:before="160" w:after="60"/>
        <w:ind w:left="317"/>
      </w:pPr>
      <w:r>
        <w:rPr>
          <w:b/>
          <w:color w:val="000000"/>
        </w:rPr>
        <w:t>MEI LING</w:t>
      </w:r>
    </w:p>
    <w:p w14:paraId="39D503D9" w14:textId="77777777" w:rsidR="008B157E" w:rsidRDefault="00000000">
      <w:pPr>
        <w:keepLines/>
        <w:spacing w:after="140" w:line="245" w:lineRule="auto"/>
        <w:ind w:left="634" w:hanging="317"/>
      </w:pPr>
      <w:r>
        <w:rPr>
          <w:color w:val="000000"/>
          <w:sz w:val="18"/>
        </w:rPr>
        <w:t>Type: brigantines;  Length overall: 70';  Owner: H. P. McLaughlin;  Builder: Keelung, Taiwan;  Garden design: 383;  SP Coll. 096 catalog: 96.303</w:t>
      </w:r>
      <w:r>
        <w:br/>
      </w:r>
      <w:r>
        <w:rPr>
          <w:color w:val="000000"/>
        </w:rPr>
        <w:t>“Shades of the 1900's.” 100 Yacht &amp; Vessel Designs, pp. 55.</w:t>
      </w:r>
    </w:p>
    <w:p w14:paraId="3C015ED2" w14:textId="77777777" w:rsidR="008B157E" w:rsidRDefault="00000000">
      <w:pPr>
        <w:keepNext/>
        <w:spacing w:before="160" w:after="60"/>
        <w:ind w:left="317"/>
      </w:pPr>
      <w:r>
        <w:rPr>
          <w:b/>
          <w:color w:val="000000"/>
        </w:rPr>
        <w:t>MERLIN</w:t>
      </w:r>
    </w:p>
    <w:p w14:paraId="1B9F609A" w14:textId="77777777" w:rsidR="008B157E" w:rsidRDefault="00000000">
      <w:pPr>
        <w:keepLines/>
        <w:spacing w:after="140" w:line="245" w:lineRule="auto"/>
        <w:ind w:left="634" w:hanging="317"/>
      </w:pPr>
      <w:r>
        <w:rPr>
          <w:color w:val="000000"/>
          <w:sz w:val="18"/>
        </w:rPr>
        <w:t>Type: launch;  Length overall: 25' 2.5";  Garden design: No design #;  SP Coll. 096 catalog: 96.614</w:t>
      </w:r>
      <w:r>
        <w:br/>
      </w:r>
      <w:r>
        <w:rPr>
          <w:color w:val="000000"/>
        </w:rPr>
        <w:t>Garden, W. “MERLIN.” Yacht Designs II, pp. 172.</w:t>
      </w:r>
    </w:p>
    <w:p w14:paraId="4C49C445" w14:textId="77777777" w:rsidR="008B157E" w:rsidRDefault="00000000">
      <w:pPr>
        <w:keepLines/>
        <w:spacing w:after="140" w:line="245" w:lineRule="auto"/>
        <w:ind w:left="634" w:hanging="317"/>
      </w:pPr>
      <w:r>
        <w:rPr>
          <w:color w:val="000000"/>
          <w:sz w:val="18"/>
        </w:rPr>
        <w:t>Type: launch;  SP Coll. 096 catalog: 96.614</w:t>
      </w:r>
      <w:r>
        <w:br/>
      </w:r>
      <w:r>
        <w:rPr>
          <w:color w:val="000000"/>
        </w:rPr>
        <w:t>Garden, W. “Power launches.” Yacht Designs, 1977, pp. 144.</w:t>
      </w:r>
    </w:p>
    <w:p w14:paraId="44FB5A1E" w14:textId="77777777" w:rsidR="008B157E" w:rsidRDefault="00000000">
      <w:pPr>
        <w:keepLines/>
        <w:spacing w:after="140" w:line="245" w:lineRule="auto"/>
        <w:ind w:left="634" w:hanging="317"/>
      </w:pPr>
      <w:r>
        <w:rPr>
          <w:color w:val="000000"/>
          <w:sz w:val="18"/>
        </w:rPr>
        <w:t>Type: launch;  SP Coll. 096 catalog: 96.614</w:t>
      </w:r>
      <w:r>
        <w:br/>
      </w:r>
      <w:r>
        <w:rPr>
          <w:color w:val="000000"/>
        </w:rPr>
        <w:t>Garden, W. “Power launches.” Yacht Designs: Rev, pp. 193.</w:t>
      </w:r>
    </w:p>
    <w:p w14:paraId="79BCFC93" w14:textId="77777777" w:rsidR="008B157E" w:rsidRDefault="00000000">
      <w:pPr>
        <w:keepNext/>
        <w:spacing w:before="160" w:after="60"/>
        <w:ind w:left="317"/>
      </w:pPr>
      <w:r>
        <w:rPr>
          <w:b/>
          <w:color w:val="000000"/>
        </w:rPr>
        <w:t>MIKADO</w:t>
      </w:r>
    </w:p>
    <w:p w14:paraId="62327EC6" w14:textId="77777777" w:rsidR="008B157E" w:rsidRDefault="00000000">
      <w:pPr>
        <w:keepLines/>
        <w:spacing w:after="140" w:line="245" w:lineRule="auto"/>
        <w:ind w:left="634" w:hanging="317"/>
      </w:pPr>
      <w:r>
        <w:rPr>
          <w:color w:val="000000"/>
          <w:sz w:val="18"/>
        </w:rPr>
        <w:t>Type: motor sailer;  Length overall: 140';  Garden design: 675;  SP Coll. 096 catalog: 96.523</w:t>
      </w:r>
      <w:r>
        <w:br/>
      </w:r>
      <w:r>
        <w:rPr>
          <w:color w:val="000000"/>
        </w:rPr>
        <w:t>Garden, W. “MIKADO.” Yacht Designs II, pp. 120.</w:t>
      </w:r>
    </w:p>
    <w:p w14:paraId="46365702" w14:textId="77777777" w:rsidR="008B157E" w:rsidRDefault="00000000">
      <w:pPr>
        <w:keepNext/>
        <w:spacing w:before="160" w:after="60"/>
        <w:ind w:left="317"/>
      </w:pPr>
      <w:r>
        <w:rPr>
          <w:b/>
          <w:color w:val="000000"/>
        </w:rPr>
        <w:t>MIRIAM</w:t>
      </w:r>
    </w:p>
    <w:p w14:paraId="2DB4C2D7" w14:textId="77777777" w:rsidR="008B157E" w:rsidRDefault="00000000">
      <w:pPr>
        <w:keepLines/>
        <w:spacing w:after="140" w:line="245" w:lineRule="auto"/>
        <w:ind w:left="634" w:hanging="317"/>
      </w:pPr>
      <w:r>
        <w:rPr>
          <w:color w:val="000000"/>
          <w:sz w:val="18"/>
        </w:rPr>
        <w:t>Type: cruiser;  Length overall: 67';  Owner: Reuben Carlson;  Garden design: 303;  SP Coll. 096 catalog: 96.266</w:t>
      </w:r>
      <w:r>
        <w:br/>
      </w:r>
      <w:r>
        <w:rPr>
          <w:color w:val="000000"/>
        </w:rPr>
        <w:t>“MIRIAM.” 100 Yacht &amp; Vessel Designs, pp. 33.</w:t>
      </w:r>
    </w:p>
    <w:p w14:paraId="0AA38727" w14:textId="77777777" w:rsidR="008B157E" w:rsidRDefault="00000000">
      <w:pPr>
        <w:keepNext/>
        <w:spacing w:before="160" w:after="60"/>
        <w:ind w:left="317"/>
      </w:pPr>
      <w:r>
        <w:rPr>
          <w:b/>
          <w:color w:val="000000"/>
        </w:rPr>
        <w:t>MIST</w:t>
      </w:r>
    </w:p>
    <w:p w14:paraId="3E849CDD" w14:textId="77777777" w:rsidR="008B157E" w:rsidRDefault="00000000">
      <w:pPr>
        <w:keepLines/>
        <w:spacing w:after="140" w:line="245" w:lineRule="auto"/>
        <w:ind w:left="634" w:hanging="317"/>
      </w:pPr>
      <w:r>
        <w:rPr>
          <w:color w:val="000000"/>
          <w:sz w:val="18"/>
        </w:rPr>
        <w:t>Type: ketch;  Length overall: 30'</w:t>
      </w:r>
      <w:r>
        <w:br/>
      </w:r>
      <w:r>
        <w:rPr>
          <w:color w:val="000000"/>
        </w:rPr>
        <w:t>Garden, W. “30' cat ketch.” WoodenBoat, Jul/Aug 1980, pp. 98-9.</w:t>
      </w:r>
    </w:p>
    <w:p w14:paraId="00829EE2" w14:textId="77777777" w:rsidR="008B157E" w:rsidRDefault="00000000">
      <w:pPr>
        <w:keepNext/>
        <w:spacing w:before="160" w:after="60"/>
        <w:ind w:left="317"/>
      </w:pPr>
      <w:r>
        <w:rPr>
          <w:b/>
          <w:color w:val="000000"/>
        </w:rPr>
        <w:t>MOLLIE</w:t>
      </w:r>
    </w:p>
    <w:p w14:paraId="2E15FA5A" w14:textId="77777777" w:rsidR="008B157E" w:rsidRDefault="00000000">
      <w:pPr>
        <w:keepLines/>
        <w:spacing w:after="140" w:line="245" w:lineRule="auto"/>
        <w:ind w:left="634" w:hanging="317"/>
      </w:pPr>
      <w:r>
        <w:rPr>
          <w:color w:val="000000"/>
          <w:sz w:val="18"/>
        </w:rPr>
        <w:t>Type: power yacht;  Length overall: 67' 9";  Garden design: 616-R</w:t>
      </w:r>
      <w:r>
        <w:br/>
      </w:r>
      <w:r>
        <w:rPr>
          <w:color w:val="000000"/>
        </w:rPr>
        <w:t>Garden, W. “Bayline Express.” Yacht Designs II, pp. 162.</w:t>
      </w:r>
    </w:p>
    <w:p w14:paraId="1C3215A8" w14:textId="77777777" w:rsidR="008B157E" w:rsidRDefault="00000000">
      <w:pPr>
        <w:keepNext/>
        <w:spacing w:before="160" w:after="60"/>
        <w:ind w:left="317"/>
      </w:pPr>
      <w:r>
        <w:rPr>
          <w:b/>
          <w:color w:val="000000"/>
        </w:rPr>
        <w:t>MUD THUMPER</w:t>
      </w:r>
    </w:p>
    <w:p w14:paraId="48758D88" w14:textId="77777777" w:rsidR="008B157E" w:rsidRDefault="00000000">
      <w:pPr>
        <w:keepLines/>
        <w:spacing w:after="140" w:line="245" w:lineRule="auto"/>
        <w:ind w:left="634" w:hanging="317"/>
      </w:pPr>
      <w:r>
        <w:rPr>
          <w:color w:val="000000"/>
          <w:sz w:val="18"/>
        </w:rPr>
        <w:t>Type: motor cruiser;  Length overall: 37';  Garden design: 687;  SP Coll. 096 catalog: 96.536</w:t>
      </w:r>
      <w:r>
        <w:br/>
      </w:r>
      <w:r>
        <w:rPr>
          <w:color w:val="000000"/>
        </w:rPr>
        <w:t>Garden, W. “MUD THUMPER, a steel motor cruiser.” Yacht Designs II, pp. 166.</w:t>
      </w:r>
    </w:p>
    <w:p w14:paraId="60C38524" w14:textId="77777777" w:rsidR="008B157E" w:rsidRDefault="00000000">
      <w:pPr>
        <w:keepNext/>
        <w:spacing w:before="160" w:after="60"/>
        <w:ind w:left="317"/>
      </w:pPr>
      <w:r>
        <w:rPr>
          <w:b/>
          <w:color w:val="000000"/>
        </w:rPr>
        <w:t>MUTT</w:t>
      </w:r>
    </w:p>
    <w:p w14:paraId="47D7996F" w14:textId="77777777" w:rsidR="008B157E" w:rsidRDefault="00000000">
      <w:pPr>
        <w:keepLines/>
        <w:spacing w:after="140" w:line="245" w:lineRule="auto"/>
        <w:ind w:left="634" w:hanging="317"/>
      </w:pPr>
      <w:r>
        <w:rPr>
          <w:color w:val="000000"/>
          <w:sz w:val="18"/>
        </w:rPr>
        <w:t>Type: patrol ferry;  Length overall: 24';  Owner: Fish &amp; Wildlife;  Garden design: 2443;  SP Coll. 096 catalog: 96.15</w:t>
      </w:r>
      <w:r>
        <w:br/>
      </w:r>
      <w:r>
        <w:rPr>
          <w:color w:val="000000"/>
        </w:rPr>
        <w:t>“Mutt &amp; Jeff patrol boats.” 100 Yacht &amp; Vessel Designs, pp. 60.</w:t>
      </w:r>
    </w:p>
    <w:p w14:paraId="35260B9F" w14:textId="77777777" w:rsidR="008B157E" w:rsidRDefault="00000000">
      <w:pPr>
        <w:keepNext/>
        <w:spacing w:before="160"/>
      </w:pPr>
      <w:r>
        <w:rPr>
          <w:b/>
          <w:color w:val="1F4E78"/>
          <w:sz w:val="26"/>
        </w:rPr>
        <w:t>N</w:t>
      </w:r>
    </w:p>
    <w:p w14:paraId="0F989381" w14:textId="77777777" w:rsidR="008B157E" w:rsidRDefault="00000000">
      <w:pPr>
        <w:keepNext/>
        <w:spacing w:before="160" w:after="60"/>
        <w:ind w:left="317"/>
      </w:pPr>
      <w:r>
        <w:rPr>
          <w:b/>
          <w:color w:val="000000"/>
        </w:rPr>
        <w:t>NEREUS</w:t>
      </w:r>
    </w:p>
    <w:p w14:paraId="6B5F6CF0" w14:textId="77777777" w:rsidR="008B157E" w:rsidRDefault="00000000">
      <w:pPr>
        <w:keepLines/>
        <w:spacing w:after="140" w:line="245" w:lineRule="auto"/>
        <w:ind w:left="634" w:hanging="317"/>
      </w:pPr>
      <w:r>
        <w:rPr>
          <w:color w:val="000000"/>
          <w:sz w:val="18"/>
        </w:rPr>
        <w:t>Type: diesel;  Length overall: 85';  Owner: Colonia Corp;  Builder: Western Boat Building Corp/Tacoma;  Garden design: 449;  SP Coll. 096 catalog: 96.386</w:t>
      </w:r>
      <w:r>
        <w:br/>
      </w:r>
      <w:r>
        <w:rPr>
          <w:color w:val="000000"/>
        </w:rPr>
        <w:t>“NEREUS.” 100 Yacht &amp; Vessel Designs, pp. 41.</w:t>
      </w:r>
    </w:p>
    <w:p w14:paraId="46E3326A" w14:textId="77777777" w:rsidR="008B157E" w:rsidRDefault="00000000">
      <w:pPr>
        <w:keepLines/>
        <w:spacing w:after="140" w:line="245" w:lineRule="auto"/>
        <w:ind w:left="634" w:hanging="317"/>
      </w:pPr>
      <w:r>
        <w:rPr>
          <w:color w:val="000000"/>
          <w:sz w:val="18"/>
        </w:rPr>
        <w:t>Type: diesel;  Length overall: 85';  Owner: Colonia Corp;  Garden design: 449;  SP Coll. 096 catalog: 96.368</w:t>
      </w:r>
      <w:r>
        <w:br/>
      </w:r>
      <w:r>
        <w:rPr>
          <w:color w:val="000000"/>
        </w:rPr>
        <w:t>Garden, W. “NEREUS.” Yacht Designs: Rev, pp. 308.</w:t>
      </w:r>
    </w:p>
    <w:p w14:paraId="1511F6D6" w14:textId="77777777" w:rsidR="008B157E" w:rsidRDefault="00000000">
      <w:pPr>
        <w:keepLines/>
        <w:spacing w:after="140" w:line="245" w:lineRule="auto"/>
        <w:ind w:left="634" w:hanging="317"/>
      </w:pPr>
      <w:r>
        <w:rPr>
          <w:color w:val="000000"/>
          <w:sz w:val="18"/>
        </w:rPr>
        <w:t>Type: diesel;  Owner: Colonia Corp;  Builder: Western Boat Building Corp/Seattle;  Garden design: 449;  SP Coll. 096 catalog: 96.386</w:t>
      </w:r>
      <w:r>
        <w:br/>
      </w:r>
      <w:r>
        <w:rPr>
          <w:color w:val="000000"/>
        </w:rPr>
        <w:t>“NEREUS.” Rudder, Apr 1963, pp. 445.</w:t>
      </w:r>
    </w:p>
    <w:p w14:paraId="6D37198D" w14:textId="77777777" w:rsidR="008B157E" w:rsidRDefault="00000000">
      <w:pPr>
        <w:keepLines/>
        <w:spacing w:after="140" w:line="245" w:lineRule="auto"/>
        <w:ind w:left="634" w:hanging="317"/>
      </w:pPr>
      <w:r>
        <w:rPr>
          <w:color w:val="000000"/>
          <w:sz w:val="18"/>
        </w:rPr>
        <w:t>Type: diesel;  Length overall: 85';  Owner: Colonia Corp;  Garden design: 449;  SP Coll. 096 catalog: 96.368</w:t>
      </w:r>
      <w:r>
        <w:br/>
      </w:r>
      <w:r>
        <w:rPr>
          <w:color w:val="000000"/>
        </w:rPr>
        <w:t>Garden, W. “NEREUS: a world cruiser.” Yacht Designs, 1977, pp. 203.</w:t>
      </w:r>
    </w:p>
    <w:p w14:paraId="75DC1DB2" w14:textId="77777777" w:rsidR="008B157E" w:rsidRDefault="00000000">
      <w:pPr>
        <w:keepNext/>
        <w:spacing w:before="160" w:after="60"/>
        <w:ind w:left="317"/>
      </w:pPr>
      <w:r>
        <w:rPr>
          <w:b/>
          <w:color w:val="000000"/>
        </w:rPr>
        <w:lastRenderedPageBreak/>
        <w:t>NISKUK</w:t>
      </w:r>
    </w:p>
    <w:p w14:paraId="186C3006" w14:textId="77777777" w:rsidR="008B157E" w:rsidRDefault="00000000">
      <w:pPr>
        <w:keepLines/>
        <w:spacing w:after="140" w:line="245" w:lineRule="auto"/>
        <w:ind w:left="634" w:hanging="317"/>
      </w:pPr>
      <w:r>
        <w:rPr>
          <w:color w:val="000000"/>
          <w:sz w:val="18"/>
        </w:rPr>
        <w:t>Length overall: 60'</w:t>
      </w:r>
      <w:r>
        <w:br/>
      </w:r>
      <w:r>
        <w:rPr>
          <w:color w:val="000000"/>
        </w:rPr>
        <w:t>Garden, W. “SONIA and NISKU.” Yacht Designs: Rev, pp. 278.</w:t>
      </w:r>
    </w:p>
    <w:p w14:paraId="097B217C" w14:textId="77777777" w:rsidR="008B157E" w:rsidRDefault="00000000">
      <w:pPr>
        <w:keepNext/>
        <w:spacing w:before="160" w:after="60"/>
        <w:ind w:left="317"/>
      </w:pPr>
      <w:r>
        <w:rPr>
          <w:b/>
          <w:color w:val="000000"/>
        </w:rPr>
        <w:t>NOD</w:t>
      </w:r>
    </w:p>
    <w:p w14:paraId="53C05A94" w14:textId="77777777" w:rsidR="008B157E" w:rsidRDefault="00000000">
      <w:pPr>
        <w:keepLines/>
        <w:spacing w:after="140" w:line="245" w:lineRule="auto"/>
        <w:ind w:left="634" w:hanging="317"/>
      </w:pPr>
      <w:r>
        <w:rPr>
          <w:color w:val="000000"/>
          <w:sz w:val="18"/>
        </w:rPr>
        <w:t>Type: rowboat</w:t>
      </w:r>
      <w:r>
        <w:br/>
      </w:r>
      <w:r>
        <w:rPr>
          <w:color w:val="000000"/>
        </w:rPr>
        <w:t>Garden, W. “NOD.” Yacht Designs: Rev, pp. 8.</w:t>
      </w:r>
    </w:p>
    <w:p w14:paraId="155FB304" w14:textId="77777777" w:rsidR="008B157E" w:rsidRDefault="00000000">
      <w:pPr>
        <w:keepNext/>
        <w:spacing w:before="160" w:after="60"/>
        <w:ind w:left="317"/>
      </w:pPr>
      <w:r>
        <w:rPr>
          <w:b/>
          <w:color w:val="000000"/>
        </w:rPr>
        <w:t>NORTH CAPE</w:t>
      </w:r>
    </w:p>
    <w:p w14:paraId="13634C5D" w14:textId="77777777" w:rsidR="008B157E" w:rsidRDefault="00000000">
      <w:pPr>
        <w:keepLines/>
        <w:spacing w:after="140" w:line="245" w:lineRule="auto"/>
        <w:ind w:left="634" w:hanging="317"/>
      </w:pPr>
      <w:r>
        <w:rPr>
          <w:color w:val="000000"/>
          <w:sz w:val="18"/>
        </w:rPr>
        <w:t>Type: motorsailer;  Length overall: 67';  Owner: C. H. Thayer;  Builder: John Thornycroft/Singapore</w:t>
      </w:r>
      <w:r>
        <w:br/>
      </w:r>
      <w:r>
        <w:rPr>
          <w:color w:val="000000"/>
        </w:rPr>
        <w:t>“NORTH CAPE.” 100 Yacht &amp; Vessel Designs, pp. 44.</w:t>
      </w:r>
    </w:p>
    <w:p w14:paraId="63755031" w14:textId="77777777" w:rsidR="008B157E" w:rsidRDefault="00000000">
      <w:pPr>
        <w:keepNext/>
        <w:spacing w:before="160" w:after="60"/>
        <w:ind w:left="317"/>
      </w:pPr>
      <w:r>
        <w:rPr>
          <w:b/>
          <w:color w:val="000000"/>
        </w:rPr>
        <w:t>NORTH PACIFIC</w:t>
      </w:r>
    </w:p>
    <w:p w14:paraId="269261C9" w14:textId="77777777" w:rsidR="008B157E" w:rsidRDefault="00000000">
      <w:pPr>
        <w:keepLines/>
        <w:spacing w:after="140" w:line="245" w:lineRule="auto"/>
        <w:ind w:left="634" w:hanging="317"/>
      </w:pPr>
      <w:r>
        <w:rPr>
          <w:color w:val="000000"/>
          <w:sz w:val="18"/>
        </w:rPr>
        <w:t>Type: seiner;  Length overall: 56' 0";  Builder: North Pacific Shipbuilding Corporation</w:t>
      </w:r>
      <w:r>
        <w:br/>
      </w:r>
      <w:r>
        <w:rPr>
          <w:color w:val="000000"/>
        </w:rPr>
        <w:t>“56-foot seiner.” 100 Yacht &amp; Vessel Designs, pp. 64.</w:t>
      </w:r>
    </w:p>
    <w:p w14:paraId="58BE2AC5" w14:textId="77777777" w:rsidR="008B157E" w:rsidRDefault="00000000">
      <w:pPr>
        <w:keepNext/>
        <w:spacing w:before="160"/>
      </w:pPr>
      <w:r>
        <w:rPr>
          <w:b/>
          <w:color w:val="1F4E78"/>
          <w:sz w:val="26"/>
        </w:rPr>
        <w:t>O</w:t>
      </w:r>
    </w:p>
    <w:p w14:paraId="127B9DBD" w14:textId="77777777" w:rsidR="008B157E" w:rsidRDefault="00000000">
      <w:pPr>
        <w:keepNext/>
        <w:spacing w:before="160" w:after="60"/>
        <w:ind w:left="317"/>
      </w:pPr>
      <w:r>
        <w:rPr>
          <w:b/>
          <w:color w:val="000000"/>
        </w:rPr>
        <w:t>OCEANUS</w:t>
      </w:r>
    </w:p>
    <w:p w14:paraId="2B5F0ACB" w14:textId="77777777" w:rsidR="008B157E" w:rsidRDefault="00000000">
      <w:pPr>
        <w:keepLines/>
        <w:spacing w:after="140" w:line="245" w:lineRule="auto"/>
        <w:ind w:left="634" w:hanging="317"/>
      </w:pPr>
      <w:r>
        <w:rPr>
          <w:color w:val="000000"/>
          <w:sz w:val="18"/>
        </w:rPr>
        <w:t>Type: sloop;  Length overall: 60';  Owner: Bill Garden;  Garden design: 302;  SP Coll. 096 catalog: 99.219</w:t>
      </w:r>
      <w:r>
        <w:br/>
      </w:r>
      <w:r>
        <w:rPr>
          <w:color w:val="000000"/>
        </w:rPr>
        <w:t>“OCEANUS.” 100 Yacht &amp; Vessel Designs, pp. 45.</w:t>
      </w:r>
    </w:p>
    <w:p w14:paraId="782DCAE2" w14:textId="77777777" w:rsidR="008B157E" w:rsidRDefault="00000000">
      <w:pPr>
        <w:keepLines/>
        <w:spacing w:after="140" w:line="245" w:lineRule="auto"/>
        <w:ind w:left="634" w:hanging="317"/>
      </w:pPr>
      <w:r>
        <w:rPr>
          <w:color w:val="000000"/>
          <w:sz w:val="18"/>
        </w:rPr>
        <w:t>Type: sloop;  Length overall: 60';  Garden design: 302;  SP Coll. 096 catalog: 96.219</w:t>
      </w:r>
      <w:r>
        <w:br/>
      </w:r>
      <w:r>
        <w:rPr>
          <w:color w:val="000000"/>
        </w:rPr>
        <w:t>Garden, W. “OCEANUS.” Yacht Designs: Rev, pp. 178.</w:t>
      </w:r>
    </w:p>
    <w:p w14:paraId="0FCD48B3" w14:textId="77777777" w:rsidR="008B157E" w:rsidRDefault="00000000">
      <w:pPr>
        <w:keepLines/>
        <w:spacing w:after="140" w:line="245" w:lineRule="auto"/>
        <w:ind w:left="634" w:hanging="317"/>
      </w:pPr>
      <w:r>
        <w:rPr>
          <w:color w:val="000000"/>
          <w:sz w:val="18"/>
        </w:rPr>
        <w:t>Type: cruiser;  Garden design: 302;  SP Coll. 096 catalog: 96.296</w:t>
      </w:r>
      <w:r>
        <w:br/>
      </w:r>
      <w:r>
        <w:rPr>
          <w:color w:val="000000"/>
        </w:rPr>
        <w:t>Garden, W. “OCEANUS and CLAYMORE, fast cruising yachts.” Yacht Designs, 1977, pp. 124.</w:t>
      </w:r>
    </w:p>
    <w:p w14:paraId="516AB399" w14:textId="77777777" w:rsidR="008B157E" w:rsidRDefault="00000000">
      <w:pPr>
        <w:keepNext/>
        <w:spacing w:before="160" w:after="60"/>
        <w:ind w:left="317"/>
      </w:pPr>
      <w:r>
        <w:rPr>
          <w:b/>
          <w:color w:val="000000"/>
        </w:rPr>
        <w:t>OFFCUT</w:t>
      </w:r>
    </w:p>
    <w:p w14:paraId="0578D3BF" w14:textId="77777777" w:rsidR="008B157E" w:rsidRDefault="00000000">
      <w:pPr>
        <w:keepLines/>
        <w:spacing w:after="140" w:line="245" w:lineRule="auto"/>
        <w:ind w:left="634" w:hanging="317"/>
      </w:pPr>
      <w:r>
        <w:rPr>
          <w:color w:val="000000"/>
          <w:sz w:val="18"/>
        </w:rPr>
        <w:t>Type: skiff;  Length overall: 13' 6";  SP Coll. 096 catalog: 96.57</w:t>
      </w:r>
      <w:r>
        <w:br/>
      </w:r>
      <w:r>
        <w:rPr>
          <w:color w:val="000000"/>
        </w:rPr>
        <w:t>Garden, W. “Sailing skiff.” Yacht Designs: Rev, pp. 24.</w:t>
      </w:r>
    </w:p>
    <w:p w14:paraId="075FEDBA" w14:textId="77777777" w:rsidR="008B157E" w:rsidRDefault="00000000">
      <w:pPr>
        <w:keepNext/>
        <w:spacing w:before="160" w:after="60"/>
        <w:ind w:left="317"/>
      </w:pPr>
      <w:r>
        <w:rPr>
          <w:b/>
          <w:color w:val="000000"/>
        </w:rPr>
        <w:t>ORA</w:t>
      </w:r>
    </w:p>
    <w:p w14:paraId="062FB9E9" w14:textId="77777777" w:rsidR="008B157E" w:rsidRDefault="00000000">
      <w:pPr>
        <w:keepLines/>
        <w:spacing w:after="140" w:line="245" w:lineRule="auto"/>
        <w:ind w:left="634" w:hanging="317"/>
      </w:pPr>
      <w:r>
        <w:rPr>
          <w:color w:val="000000"/>
          <w:sz w:val="18"/>
        </w:rPr>
        <w:t>Type: motor sailer;  Length overall: 118';  Garden design: 660;  SP Coll. 096 catalog: 96.513</w:t>
      </w:r>
      <w:r>
        <w:br/>
      </w:r>
      <w:r>
        <w:rPr>
          <w:color w:val="000000"/>
        </w:rPr>
        <w:t>Garden, W. “ORA.” Yacht Designs II, pp. 110.</w:t>
      </w:r>
    </w:p>
    <w:p w14:paraId="6FFBE21A" w14:textId="77777777" w:rsidR="008B157E" w:rsidRDefault="00000000">
      <w:pPr>
        <w:keepNext/>
        <w:spacing w:before="160" w:after="60"/>
        <w:ind w:left="317"/>
      </w:pPr>
      <w:r>
        <w:rPr>
          <w:b/>
          <w:color w:val="000000"/>
        </w:rPr>
        <w:t>ORCA</w:t>
      </w:r>
    </w:p>
    <w:p w14:paraId="2D1E0412" w14:textId="1FE99D61" w:rsidR="008B157E" w:rsidRDefault="00000000">
      <w:pPr>
        <w:keepLines/>
        <w:spacing w:after="140" w:line="245" w:lineRule="auto"/>
        <w:ind w:left="634" w:hanging="317"/>
      </w:pPr>
      <w:r>
        <w:rPr>
          <w:color w:val="000000"/>
          <w:sz w:val="18"/>
        </w:rPr>
        <w:t>Type: diesel yacht;  Length overall: 51';  Owner: Kline Hillman;  Builder: Vic Franck/Seattle</w:t>
      </w:r>
      <w:r>
        <w:br/>
      </w:r>
      <w:r>
        <w:rPr>
          <w:color w:val="000000"/>
        </w:rPr>
        <w:t>“ORCA.” 100 Yacht &amp; Vessel Designs, pp. 50.</w:t>
      </w:r>
      <w:r>
        <w:rPr>
          <w:color w:val="9C5700"/>
          <w:sz w:val="18"/>
        </w:rPr>
        <w:br/>
      </w:r>
      <w:r w:rsidR="000D3AEC">
        <w:rPr>
          <w:color w:val="9C5700"/>
          <w:sz w:val="18"/>
        </w:rPr>
        <w:t>Plans not available</w:t>
      </w:r>
    </w:p>
    <w:p w14:paraId="738EED7E" w14:textId="2AEB1C67" w:rsidR="008B157E" w:rsidRDefault="00000000">
      <w:pPr>
        <w:keepLines/>
        <w:spacing w:after="140" w:line="245" w:lineRule="auto"/>
        <w:ind w:left="634" w:hanging="317"/>
      </w:pPr>
      <w:r>
        <w:rPr>
          <w:color w:val="000000"/>
          <w:sz w:val="18"/>
        </w:rPr>
        <w:t>Type: power yacht;  Length overall: 51';  Garden design: 476</w:t>
      </w:r>
      <w:r>
        <w:br/>
      </w:r>
      <w:r>
        <w:rPr>
          <w:color w:val="000000"/>
        </w:rPr>
        <w:t>Garden, W. “ORCA.” Yacht Designs II, pp. 144.</w:t>
      </w:r>
      <w:r>
        <w:rPr>
          <w:color w:val="9C5700"/>
          <w:sz w:val="18"/>
        </w:rPr>
        <w:br/>
      </w:r>
      <w:r w:rsidR="000D3AEC">
        <w:rPr>
          <w:color w:val="9C5700"/>
          <w:sz w:val="18"/>
        </w:rPr>
        <w:t>Plans not available</w:t>
      </w:r>
    </w:p>
    <w:p w14:paraId="4D39FB80" w14:textId="77777777" w:rsidR="008B157E" w:rsidRDefault="00000000">
      <w:pPr>
        <w:keepNext/>
        <w:spacing w:before="160" w:after="60"/>
        <w:ind w:left="317"/>
      </w:pPr>
      <w:r>
        <w:rPr>
          <w:b/>
          <w:color w:val="000000"/>
        </w:rPr>
        <w:t>OYSTER</w:t>
      </w:r>
    </w:p>
    <w:p w14:paraId="447239BD" w14:textId="77777777" w:rsidR="008B157E" w:rsidRDefault="00000000">
      <w:pPr>
        <w:keepLines/>
        <w:spacing w:after="140" w:line="245" w:lineRule="auto"/>
        <w:ind w:left="634" w:hanging="317"/>
      </w:pPr>
      <w:r>
        <w:rPr>
          <w:color w:val="000000"/>
          <w:sz w:val="18"/>
        </w:rPr>
        <w:t>Type: schooner;  Length overall: 24' 6";  Garden design: 617-B;  SP Coll. 096 catalog: 96.5</w:t>
      </w:r>
      <w:r>
        <w:br/>
      </w:r>
      <w:r>
        <w:rPr>
          <w:color w:val="000000"/>
        </w:rPr>
        <w:t>Garden, W. “OYSTER.” Yacht Designs II, pp. 86.</w:t>
      </w:r>
    </w:p>
    <w:p w14:paraId="6D1DD223" w14:textId="77777777" w:rsidR="008B157E" w:rsidRDefault="00000000">
      <w:pPr>
        <w:keepNext/>
        <w:spacing w:before="160"/>
      </w:pPr>
      <w:r>
        <w:rPr>
          <w:b/>
          <w:color w:val="1F4E78"/>
          <w:sz w:val="26"/>
        </w:rPr>
        <w:t>P</w:t>
      </w:r>
    </w:p>
    <w:p w14:paraId="2C1377AF" w14:textId="77777777" w:rsidR="008B157E" w:rsidRDefault="00000000">
      <w:pPr>
        <w:keepNext/>
        <w:spacing w:before="160" w:after="60"/>
        <w:ind w:left="317"/>
      </w:pPr>
      <w:r>
        <w:rPr>
          <w:b/>
          <w:color w:val="000000"/>
        </w:rPr>
        <w:t>PATTY J</w:t>
      </w:r>
    </w:p>
    <w:p w14:paraId="01E34EDE" w14:textId="77777777" w:rsidR="008B157E" w:rsidRDefault="00000000">
      <w:pPr>
        <w:keepLines/>
        <w:spacing w:after="140" w:line="245" w:lineRule="auto"/>
        <w:ind w:left="634" w:hanging="317"/>
      </w:pPr>
      <w:r>
        <w:rPr>
          <w:color w:val="000000"/>
          <w:sz w:val="18"/>
        </w:rPr>
        <w:t>Type: seiner;  Length overall: 56';  Owner: S. A. Johnson;  Builder: Bellingham Shipyards Co/Bellingham,WA;  Garden design: 341;  SP Coll. 096 catalog: 96.265</w:t>
      </w:r>
      <w:r>
        <w:br/>
      </w:r>
      <w:r>
        <w:rPr>
          <w:color w:val="000000"/>
        </w:rPr>
        <w:t>“Seiner.” 100 Yacht &amp; Vessel Designs, pp. 64.</w:t>
      </w:r>
    </w:p>
    <w:p w14:paraId="08554968" w14:textId="77777777" w:rsidR="008B157E" w:rsidRDefault="00000000">
      <w:pPr>
        <w:keepNext/>
        <w:spacing w:before="160" w:after="60"/>
        <w:ind w:left="317"/>
      </w:pPr>
      <w:r>
        <w:rPr>
          <w:b/>
          <w:color w:val="000000"/>
        </w:rPr>
        <w:t>PENCY</w:t>
      </w:r>
    </w:p>
    <w:p w14:paraId="4AEDDB72" w14:textId="77777777" w:rsidR="008B157E" w:rsidRDefault="00000000">
      <w:pPr>
        <w:keepLines/>
        <w:spacing w:after="140" w:line="245" w:lineRule="auto"/>
        <w:ind w:left="634" w:hanging="317"/>
      </w:pPr>
      <w:r>
        <w:rPr>
          <w:color w:val="000000"/>
          <w:sz w:val="18"/>
        </w:rPr>
        <w:t>Type: fishing boat;  Length overall: 20';  Owner: Robert C. Lyon;  Garden design: 91</w:t>
      </w:r>
      <w:r>
        <w:br/>
      </w:r>
      <w:r>
        <w:rPr>
          <w:color w:val="000000"/>
        </w:rPr>
        <w:t>“Sport fisherman by Garden.” 100 Yacht &amp; Vessel Designs, pp. 65.</w:t>
      </w:r>
    </w:p>
    <w:p w14:paraId="22088BE2" w14:textId="77777777" w:rsidR="008B157E" w:rsidRDefault="00000000">
      <w:pPr>
        <w:keepNext/>
        <w:spacing w:before="160" w:after="60"/>
        <w:ind w:left="317"/>
      </w:pPr>
      <w:r>
        <w:rPr>
          <w:b/>
          <w:color w:val="000000"/>
        </w:rPr>
        <w:lastRenderedPageBreak/>
        <w:t>PETER W</w:t>
      </w:r>
    </w:p>
    <w:p w14:paraId="3CEB21BD" w14:textId="77777777" w:rsidR="008B157E" w:rsidRDefault="00000000">
      <w:pPr>
        <w:keepLines/>
        <w:spacing w:after="140" w:line="245" w:lineRule="auto"/>
        <w:ind w:left="634" w:hanging="317"/>
      </w:pPr>
      <w:r>
        <w:rPr>
          <w:color w:val="000000"/>
          <w:sz w:val="18"/>
        </w:rPr>
        <w:t>Type: yacht;  Length overall: 40';  Owner: Bud Scott;  Builder: Monson Boat Co./Seattle</w:t>
      </w:r>
      <w:r>
        <w:br/>
      </w:r>
      <w:r>
        <w:rPr>
          <w:color w:val="000000"/>
        </w:rPr>
        <w:t>“PETER W, Lake Tahoe speedster.” Yachting, Jan 1953, pp. 107.</w:t>
      </w:r>
    </w:p>
    <w:p w14:paraId="237A11D3" w14:textId="77777777" w:rsidR="008B157E" w:rsidRDefault="00000000">
      <w:pPr>
        <w:keepLines/>
        <w:spacing w:after="140" w:line="245" w:lineRule="auto"/>
        <w:ind w:left="634" w:hanging="317"/>
      </w:pPr>
      <w:r>
        <w:rPr>
          <w:color w:val="000000"/>
          <w:sz w:val="18"/>
        </w:rPr>
        <w:t>Type: express cruiser;  Length overall: 40';  Owner: Bud. Scott;  Builder: Monson Boat Co./Seattle;  Garden design: 203;  SP Coll. 096 catalog: 96.118</w:t>
      </w:r>
      <w:r>
        <w:br/>
      </w:r>
      <w:r>
        <w:rPr>
          <w:color w:val="000000"/>
        </w:rPr>
        <w:t>“PETER W. Lake Tahoe speedster".” 100 Yacht &amp; Vessel Designs, pp. 28.</w:t>
      </w:r>
    </w:p>
    <w:p w14:paraId="1D0A8E0B" w14:textId="77777777" w:rsidR="008B157E" w:rsidRDefault="00000000">
      <w:pPr>
        <w:keepNext/>
        <w:spacing w:before="160" w:after="60"/>
        <w:ind w:left="317"/>
      </w:pPr>
      <w:r>
        <w:rPr>
          <w:b/>
          <w:color w:val="000000"/>
        </w:rPr>
        <w:t>PILOT</w:t>
      </w:r>
    </w:p>
    <w:p w14:paraId="38F7ECED" w14:textId="77777777" w:rsidR="008B157E" w:rsidRDefault="00000000">
      <w:pPr>
        <w:keepLines/>
        <w:spacing w:after="140" w:line="245" w:lineRule="auto"/>
        <w:ind w:left="634" w:hanging="317"/>
      </w:pPr>
      <w:r>
        <w:rPr>
          <w:color w:val="000000"/>
          <w:sz w:val="18"/>
        </w:rPr>
        <w:t>Type: pilot boat;  Length overall: 36';  Owner: Jose E. Echevarria</w:t>
      </w:r>
      <w:r>
        <w:br/>
      </w:r>
      <w:r>
        <w:rPr>
          <w:color w:val="000000"/>
        </w:rPr>
        <w:t>“36' pilot boat for Puerto Rico.” 100 Yacht &amp; Vessel Designs, pp. 65.</w:t>
      </w:r>
    </w:p>
    <w:p w14:paraId="1A490B07" w14:textId="77777777" w:rsidR="008B157E" w:rsidRDefault="00000000">
      <w:pPr>
        <w:keepNext/>
        <w:spacing w:before="160" w:after="60"/>
        <w:ind w:left="317"/>
      </w:pPr>
      <w:r>
        <w:rPr>
          <w:b/>
          <w:color w:val="000000"/>
        </w:rPr>
        <w:t>PISCES</w:t>
      </w:r>
    </w:p>
    <w:p w14:paraId="7F38D797" w14:textId="77777777" w:rsidR="008B157E" w:rsidRDefault="00000000">
      <w:pPr>
        <w:keepLines/>
        <w:spacing w:after="140" w:line="245" w:lineRule="auto"/>
        <w:ind w:left="634" w:hanging="317"/>
      </w:pPr>
      <w:r>
        <w:rPr>
          <w:color w:val="000000"/>
          <w:sz w:val="18"/>
        </w:rPr>
        <w:t>Type: diesel yacht;  Length overall: 67';  Owner: Henry See;  Builder: Vic Franck;  Garden design: 373;  SP Coll. 096 catalog: 96.295</w:t>
      </w:r>
      <w:r>
        <w:br/>
      </w:r>
      <w:r>
        <w:rPr>
          <w:color w:val="000000"/>
        </w:rPr>
        <w:t>“PISCES.” 100 Yacht &amp; Vessel Designs, pp. 31.</w:t>
      </w:r>
    </w:p>
    <w:p w14:paraId="42B3CA12" w14:textId="77777777" w:rsidR="008B157E" w:rsidRDefault="00000000">
      <w:pPr>
        <w:keepNext/>
        <w:spacing w:before="160" w:after="60"/>
        <w:ind w:left="317"/>
      </w:pPr>
      <w:r>
        <w:rPr>
          <w:b/>
          <w:color w:val="000000"/>
        </w:rPr>
        <w:t>POLLY</w:t>
      </w:r>
    </w:p>
    <w:p w14:paraId="065BE517" w14:textId="77777777" w:rsidR="008B157E" w:rsidRDefault="00000000">
      <w:pPr>
        <w:keepLines/>
        <w:spacing w:after="140" w:line="245" w:lineRule="auto"/>
        <w:ind w:left="634" w:hanging="317"/>
      </w:pPr>
      <w:r>
        <w:rPr>
          <w:color w:val="000000"/>
          <w:sz w:val="18"/>
        </w:rPr>
        <w:t>Type: motor cruiser;  Length overall: 25';  Owner: Herbert Ransome;  Garden design: 84</w:t>
      </w:r>
      <w:r>
        <w:br/>
      </w:r>
      <w:r>
        <w:rPr>
          <w:color w:val="000000"/>
        </w:rPr>
        <w:t>“Steel power cruiser for Lade Oneida.” Yachting, Oct 1947, pp. 66.</w:t>
      </w:r>
    </w:p>
    <w:p w14:paraId="0E7060F3" w14:textId="77777777" w:rsidR="008B157E" w:rsidRDefault="00000000">
      <w:pPr>
        <w:keepNext/>
        <w:spacing w:before="160" w:after="60"/>
        <w:ind w:left="317"/>
      </w:pPr>
      <w:r>
        <w:rPr>
          <w:b/>
          <w:color w:val="000000"/>
        </w:rPr>
        <w:t>POLLYWOG</w:t>
      </w:r>
    </w:p>
    <w:p w14:paraId="08440998" w14:textId="77777777" w:rsidR="008B157E" w:rsidRDefault="00000000">
      <w:pPr>
        <w:keepLines/>
        <w:spacing w:after="140" w:line="245" w:lineRule="auto"/>
        <w:ind w:left="634" w:hanging="317"/>
      </w:pPr>
      <w:r>
        <w:rPr>
          <w:color w:val="000000"/>
          <w:sz w:val="18"/>
        </w:rPr>
        <w:t>Type: troller/cruiser;  Length overall: 27'</w:t>
      </w:r>
      <w:r>
        <w:br/>
      </w:r>
      <w:r>
        <w:rPr>
          <w:color w:val="000000"/>
        </w:rPr>
        <w:t>Bray, M./Comment. “Pollywog; a troller-cruiser.” WoodenBoat, Jul/Aug 1994, pp. 109-13.</w:t>
      </w:r>
    </w:p>
    <w:p w14:paraId="3530D25A" w14:textId="77777777" w:rsidR="008B157E" w:rsidRDefault="00000000">
      <w:pPr>
        <w:keepNext/>
        <w:spacing w:before="160" w:after="60"/>
        <w:ind w:left="317"/>
      </w:pPr>
      <w:r>
        <w:rPr>
          <w:b/>
          <w:color w:val="000000"/>
        </w:rPr>
        <w:t>PORPOISE</w:t>
      </w:r>
    </w:p>
    <w:p w14:paraId="2D02A123" w14:textId="77777777" w:rsidR="008B157E" w:rsidRDefault="00000000">
      <w:pPr>
        <w:keepLines/>
        <w:spacing w:after="140" w:line="245" w:lineRule="auto"/>
        <w:ind w:left="634" w:hanging="317"/>
      </w:pPr>
      <w:r>
        <w:rPr>
          <w:color w:val="000000"/>
          <w:sz w:val="18"/>
        </w:rPr>
        <w:t>Type: cruiser;  Length overall: 40' 6";  Owner: Don Tyler;  Builder: Carl Chapman/Cosa Mesa,CA;  Garden design: 266;  SP Coll. 096 catalog: 96.177</w:t>
      </w:r>
      <w:r>
        <w:br/>
      </w:r>
      <w:r>
        <w:rPr>
          <w:color w:val="000000"/>
        </w:rPr>
        <w:t>“Double ended cruiser.” 100 Yacht &amp; Vessel Designs, pp. 18.</w:t>
      </w:r>
    </w:p>
    <w:p w14:paraId="58EC7868" w14:textId="77777777" w:rsidR="008B157E" w:rsidRDefault="00000000">
      <w:pPr>
        <w:keepLines/>
        <w:spacing w:after="140" w:line="245" w:lineRule="auto"/>
        <w:ind w:left="634" w:hanging="317"/>
      </w:pPr>
      <w:r>
        <w:rPr>
          <w:color w:val="000000"/>
          <w:sz w:val="18"/>
        </w:rPr>
        <w:t>Type: ketch;  Length overall: 40' (42'6");  Garden design: 574;  SP Coll. 096 catalog: 96.47</w:t>
      </w:r>
      <w:r>
        <w:br/>
      </w:r>
      <w:r>
        <w:rPr>
          <w:color w:val="000000"/>
        </w:rPr>
        <w:t>“PORPOISE.” 100 Yacht &amp; Vessel Designs, pp. 53.</w:t>
      </w:r>
    </w:p>
    <w:p w14:paraId="02D40C92" w14:textId="77777777" w:rsidR="008B157E" w:rsidRDefault="00000000">
      <w:pPr>
        <w:keepLines/>
        <w:spacing w:after="140" w:line="245" w:lineRule="auto"/>
        <w:ind w:left="634" w:hanging="317"/>
      </w:pPr>
      <w:r>
        <w:rPr>
          <w:color w:val="000000"/>
          <w:sz w:val="18"/>
        </w:rPr>
        <w:t>Length overall: 45' 9";  Garden design: 574;  SP Coll. 096 catalog: 96.47</w:t>
      </w:r>
      <w:r>
        <w:br/>
      </w:r>
      <w:r>
        <w:rPr>
          <w:color w:val="000000"/>
        </w:rPr>
        <w:t>Garden, W. “PORPOISE.” Yacht Designs: Rev, pp. 134.</w:t>
      </w:r>
    </w:p>
    <w:p w14:paraId="1BF2E7E7" w14:textId="77777777" w:rsidR="008B157E" w:rsidRDefault="00000000">
      <w:pPr>
        <w:keepLines/>
        <w:spacing w:after="140" w:line="245" w:lineRule="auto"/>
        <w:ind w:left="634" w:hanging="317"/>
      </w:pPr>
      <w:r>
        <w:rPr>
          <w:color w:val="000000"/>
          <w:sz w:val="18"/>
        </w:rPr>
        <w:t>Length overall: 45' 9";  Garden design: 574;  SP Coll. 096 catalog: 96.47</w:t>
      </w:r>
      <w:r>
        <w:br/>
      </w:r>
      <w:r>
        <w:rPr>
          <w:color w:val="000000"/>
        </w:rPr>
        <w:t>Garden, W. “PORPOISE: a home on the ocean.” Yacht Designs, 1977, pp. 96.</w:t>
      </w:r>
    </w:p>
    <w:p w14:paraId="50B73880" w14:textId="77777777" w:rsidR="008B157E" w:rsidRDefault="00000000">
      <w:pPr>
        <w:keepLines/>
        <w:spacing w:after="140" w:line="245" w:lineRule="auto"/>
        <w:ind w:left="634" w:hanging="317"/>
      </w:pPr>
      <w:r>
        <w:rPr>
          <w:color w:val="000000"/>
          <w:sz w:val="18"/>
        </w:rPr>
        <w:t>Type: cruiser;  Length overall: 40' 6";  Owner: Don Tyler;  Builder: Carl Chapman;  Garden design: 266;  SP Coll. 096 catalog: 96.177</w:t>
      </w:r>
      <w:r>
        <w:br/>
      </w:r>
      <w:r>
        <w:rPr>
          <w:color w:val="000000"/>
        </w:rPr>
        <w:t>“West Coast seagoing power cruiser.” Yachting, May 1953, pp. 70.</w:t>
      </w:r>
    </w:p>
    <w:p w14:paraId="1FFF5E18" w14:textId="77777777" w:rsidR="008B157E" w:rsidRDefault="00000000">
      <w:pPr>
        <w:keepNext/>
        <w:spacing w:before="160" w:after="60"/>
        <w:ind w:left="317"/>
      </w:pPr>
      <w:r>
        <w:rPr>
          <w:b/>
          <w:color w:val="000000"/>
        </w:rPr>
        <w:t>PORTAGE 24</w:t>
      </w:r>
    </w:p>
    <w:p w14:paraId="22C97F29" w14:textId="77777777" w:rsidR="008B157E" w:rsidRDefault="00000000">
      <w:pPr>
        <w:keepLines/>
        <w:spacing w:after="140" w:line="245" w:lineRule="auto"/>
        <w:ind w:left="634" w:hanging="317"/>
      </w:pPr>
      <w:r>
        <w:rPr>
          <w:color w:val="000000"/>
          <w:sz w:val="18"/>
        </w:rPr>
        <w:t>Type: cruiser;  Length overall: 24' 3";  Garden design: 410;  SP Coll. 096 catalog: 96.327</w:t>
      </w:r>
      <w:r>
        <w:br/>
      </w:r>
      <w:r>
        <w:rPr>
          <w:color w:val="000000"/>
        </w:rPr>
        <w:t>Garden, W. “PORTAGE 24.” Yacht Designs: Rev, pp. 48.</w:t>
      </w:r>
    </w:p>
    <w:p w14:paraId="27200377" w14:textId="77777777" w:rsidR="008B157E" w:rsidRDefault="00000000">
      <w:pPr>
        <w:keepLines/>
        <w:spacing w:after="140" w:line="245" w:lineRule="auto"/>
        <w:ind w:left="634" w:hanging="317"/>
      </w:pPr>
      <w:r>
        <w:rPr>
          <w:color w:val="000000"/>
          <w:sz w:val="18"/>
        </w:rPr>
        <w:t>Type: cruiser;  Length overall: 24' 3";  Garden design: 410;  SP Coll. 096 catalog: 96.327</w:t>
      </w:r>
      <w:r>
        <w:br/>
      </w:r>
      <w:r>
        <w:rPr>
          <w:color w:val="000000"/>
        </w:rPr>
        <w:t>Garden, W. “PORTAGE 24, a sailing outboard cruiser.” Yacht Designs, 1977, pp. 27.</w:t>
      </w:r>
    </w:p>
    <w:p w14:paraId="1231AF38" w14:textId="77777777" w:rsidR="008B157E" w:rsidRDefault="00000000">
      <w:pPr>
        <w:keepNext/>
        <w:spacing w:before="160" w:after="60"/>
        <w:ind w:left="317"/>
      </w:pPr>
      <w:r>
        <w:rPr>
          <w:b/>
          <w:color w:val="000000"/>
        </w:rPr>
        <w:t>PRIVATEER</w:t>
      </w:r>
    </w:p>
    <w:p w14:paraId="171BB9A8" w14:textId="77777777" w:rsidR="008B157E" w:rsidRDefault="00000000">
      <w:pPr>
        <w:keepLines/>
        <w:spacing w:after="140" w:line="245" w:lineRule="auto"/>
        <w:ind w:left="634" w:hanging="317"/>
      </w:pPr>
      <w:r>
        <w:rPr>
          <w:color w:val="000000"/>
          <w:sz w:val="18"/>
        </w:rPr>
        <w:t>Length overall: 30' 1";  Garden design: 579;  SP Coll. 096 catalog: 96.474</w:t>
      </w:r>
      <w:r>
        <w:br/>
      </w:r>
      <w:r>
        <w:rPr>
          <w:color w:val="000000"/>
        </w:rPr>
        <w:t>Garden, W. “PRIVATEER.” Yacht Designs: Rev, pp. 86.</w:t>
      </w:r>
    </w:p>
    <w:p w14:paraId="1DAE325B" w14:textId="77777777" w:rsidR="008B157E" w:rsidRDefault="00000000">
      <w:pPr>
        <w:keepLines/>
        <w:spacing w:after="140" w:line="245" w:lineRule="auto"/>
        <w:ind w:left="634" w:hanging="317"/>
      </w:pPr>
      <w:r>
        <w:rPr>
          <w:color w:val="000000"/>
          <w:sz w:val="18"/>
        </w:rPr>
        <w:t>Length overall: 30' 1";  Garden design: 579;  SP Coll. 096 catalog: 96.474</w:t>
      </w:r>
      <w:r>
        <w:br/>
      </w:r>
      <w:r>
        <w:rPr>
          <w:color w:val="000000"/>
        </w:rPr>
        <w:t>Garden, W. “PRIVATEER: an ancient dream ship.” Yacht Designs, 1977, pp. 56.</w:t>
      </w:r>
    </w:p>
    <w:p w14:paraId="3ECE9C1C" w14:textId="77777777" w:rsidR="008B157E" w:rsidRDefault="00000000">
      <w:pPr>
        <w:keepNext/>
        <w:spacing w:before="160"/>
      </w:pPr>
      <w:r>
        <w:rPr>
          <w:b/>
          <w:color w:val="1F4E78"/>
          <w:sz w:val="26"/>
        </w:rPr>
        <w:t>Q</w:t>
      </w:r>
    </w:p>
    <w:p w14:paraId="1747A9DA" w14:textId="77777777" w:rsidR="008B157E" w:rsidRDefault="00000000">
      <w:pPr>
        <w:keepNext/>
        <w:spacing w:before="160" w:after="60"/>
        <w:ind w:left="317"/>
      </w:pPr>
      <w:r>
        <w:rPr>
          <w:b/>
          <w:color w:val="000000"/>
        </w:rPr>
        <w:t>QUEEN'S GIG</w:t>
      </w:r>
    </w:p>
    <w:p w14:paraId="334BD535" w14:textId="77777777" w:rsidR="008B157E" w:rsidRDefault="00000000">
      <w:pPr>
        <w:keepLines/>
        <w:spacing w:after="140" w:line="245" w:lineRule="auto"/>
        <w:ind w:left="634" w:hanging="317"/>
      </w:pPr>
      <w:r>
        <w:rPr>
          <w:color w:val="000000"/>
          <w:sz w:val="18"/>
        </w:rPr>
        <w:t>Type: pulling boats</w:t>
      </w:r>
      <w:r>
        <w:br/>
      </w:r>
      <w:r>
        <w:rPr>
          <w:color w:val="000000"/>
        </w:rPr>
        <w:t>Garden, W. “BLISTER BOAT and QUEEN'S GIG, two pulling boats.” Yacht Designs: Rev, pp. 16.</w:t>
      </w:r>
    </w:p>
    <w:p w14:paraId="7F3F10E4" w14:textId="77777777" w:rsidR="008B157E" w:rsidRDefault="00000000">
      <w:pPr>
        <w:keepNext/>
        <w:spacing w:before="160" w:after="60"/>
        <w:ind w:left="317"/>
      </w:pPr>
      <w:r>
        <w:rPr>
          <w:b/>
          <w:color w:val="000000"/>
        </w:rPr>
        <w:lastRenderedPageBreak/>
        <w:t>QUERIDA</w:t>
      </w:r>
    </w:p>
    <w:p w14:paraId="3177F556" w14:textId="77777777" w:rsidR="008B157E" w:rsidRDefault="00000000">
      <w:pPr>
        <w:keepLines/>
        <w:spacing w:after="140" w:line="245" w:lineRule="auto"/>
        <w:ind w:left="634" w:hanging="317"/>
      </w:pPr>
      <w:r>
        <w:rPr>
          <w:color w:val="000000"/>
          <w:sz w:val="18"/>
        </w:rPr>
        <w:t>Type: yawl;  Length overall: 35' 9";  Garden design: 122;  SP Coll. 096 catalog: 96.63</w:t>
      </w:r>
      <w:r>
        <w:br/>
      </w:r>
      <w:r>
        <w:rPr>
          <w:color w:val="000000"/>
        </w:rPr>
        <w:t>Garden, W. “36' yawl QUERIDA.” Yacht Designs II, pp. 82.</w:t>
      </w:r>
    </w:p>
    <w:p w14:paraId="620BBD7B" w14:textId="77777777" w:rsidR="008B157E" w:rsidRDefault="00000000">
      <w:pPr>
        <w:keepLines/>
        <w:spacing w:after="140" w:line="245" w:lineRule="auto"/>
        <w:ind w:left="634" w:hanging="317"/>
      </w:pPr>
      <w:r>
        <w:rPr>
          <w:color w:val="000000"/>
          <w:sz w:val="18"/>
        </w:rPr>
        <w:t>Type: yawl;  Length overall: 36';  Owner: James Francis;  Garden design: 122</w:t>
      </w:r>
      <w:r>
        <w:br/>
      </w:r>
      <w:r>
        <w:rPr>
          <w:color w:val="000000"/>
        </w:rPr>
        <w:t>“San Francisco yawl by Garden.” Yachting, Sep 1951, pp. 52.</w:t>
      </w:r>
    </w:p>
    <w:p w14:paraId="7770FE55" w14:textId="77777777" w:rsidR="008B157E" w:rsidRDefault="00000000">
      <w:pPr>
        <w:keepNext/>
        <w:spacing w:before="160" w:after="60"/>
        <w:ind w:left="317"/>
      </w:pPr>
      <w:r>
        <w:rPr>
          <w:b/>
          <w:color w:val="000000"/>
        </w:rPr>
        <w:t>QUEST</w:t>
      </w:r>
    </w:p>
    <w:p w14:paraId="44D9FD3D" w14:textId="77777777" w:rsidR="008B157E" w:rsidRDefault="00000000">
      <w:pPr>
        <w:keepLines/>
        <w:spacing w:after="140" w:line="245" w:lineRule="auto"/>
        <w:ind w:left="634" w:hanging="317"/>
      </w:pPr>
      <w:r>
        <w:rPr>
          <w:color w:val="000000"/>
          <w:sz w:val="18"/>
        </w:rPr>
        <w:t>Type: motor sailer;  Length overall: 58';  Garden design: 575;  SP Coll. 096 catalog: 96.471</w:t>
      </w:r>
      <w:r>
        <w:br/>
      </w:r>
      <w:r>
        <w:rPr>
          <w:color w:val="000000"/>
        </w:rPr>
        <w:t>Garden, W. “QUEST.” Yacht Designs II, pp. 116.</w:t>
      </w:r>
    </w:p>
    <w:p w14:paraId="79D4D876" w14:textId="77777777" w:rsidR="008B157E" w:rsidRDefault="00000000">
      <w:pPr>
        <w:keepNext/>
        <w:spacing w:before="160"/>
      </w:pPr>
      <w:r>
        <w:rPr>
          <w:b/>
          <w:color w:val="1F4E78"/>
          <w:sz w:val="26"/>
        </w:rPr>
        <w:t>R</w:t>
      </w:r>
    </w:p>
    <w:p w14:paraId="758115C2" w14:textId="77777777" w:rsidR="008B157E" w:rsidRDefault="00000000">
      <w:pPr>
        <w:keepNext/>
        <w:spacing w:before="160" w:after="60"/>
        <w:ind w:left="317"/>
      </w:pPr>
      <w:r>
        <w:rPr>
          <w:b/>
          <w:color w:val="000000"/>
        </w:rPr>
        <w:t>RAIN BIRD</w:t>
      </w:r>
    </w:p>
    <w:p w14:paraId="742CAD15" w14:textId="77777777" w:rsidR="008B157E" w:rsidRDefault="00000000">
      <w:pPr>
        <w:keepLines/>
        <w:spacing w:after="140" w:line="245" w:lineRule="auto"/>
        <w:ind w:left="634" w:hanging="317"/>
      </w:pPr>
      <w:r>
        <w:rPr>
          <w:color w:val="000000"/>
          <w:sz w:val="18"/>
        </w:rPr>
        <w:t>Type: schooner;  Length overall: 40';  Owner: William Garden;  Garden design: 170;  SP Coll. 096 catalog: 96.88</w:t>
      </w:r>
      <w:r>
        <w:br/>
      </w:r>
      <w:r>
        <w:rPr>
          <w:color w:val="000000"/>
        </w:rPr>
        <w:t>“Garden's RAIN BIRD.” Rudder, Sep 1951, pp. 36-7.</w:t>
      </w:r>
    </w:p>
    <w:p w14:paraId="70F8F756" w14:textId="77777777" w:rsidR="008B157E" w:rsidRDefault="00000000">
      <w:pPr>
        <w:keepLines/>
        <w:spacing w:after="140" w:line="245" w:lineRule="auto"/>
        <w:ind w:left="634" w:hanging="317"/>
      </w:pPr>
      <w:r>
        <w:rPr>
          <w:color w:val="000000"/>
          <w:sz w:val="18"/>
        </w:rPr>
        <w:t>Type: schooner;  Length overall: 40';  Garden design: 170;  SP Coll. 096 catalog: 96.88</w:t>
      </w:r>
      <w:r>
        <w:br/>
      </w:r>
      <w:r>
        <w:rPr>
          <w:color w:val="000000"/>
        </w:rPr>
        <w:t>Garden, W. “RAIN BIRD.” Yacht Designs II, pp. 66.</w:t>
      </w:r>
    </w:p>
    <w:p w14:paraId="1A359010" w14:textId="77777777" w:rsidR="008B157E" w:rsidRDefault="00000000">
      <w:pPr>
        <w:keepNext/>
        <w:spacing w:before="160" w:after="60"/>
        <w:ind w:left="317"/>
      </w:pPr>
      <w:r>
        <w:rPr>
          <w:b/>
          <w:color w:val="000000"/>
        </w:rPr>
        <w:t>RAINBIRD</w:t>
      </w:r>
    </w:p>
    <w:p w14:paraId="13E465FF" w14:textId="77777777" w:rsidR="008B157E" w:rsidRDefault="00000000">
      <w:pPr>
        <w:keepLines/>
        <w:spacing w:after="140" w:line="245" w:lineRule="auto"/>
        <w:ind w:left="634" w:hanging="317"/>
      </w:pPr>
      <w:r>
        <w:rPr>
          <w:color w:val="000000"/>
          <w:sz w:val="18"/>
        </w:rPr>
        <w:t>Type: schooner;  Length overall: 40';  Owner: William Garden</w:t>
      </w:r>
      <w:r>
        <w:br/>
      </w:r>
      <w:r>
        <w:rPr>
          <w:color w:val="000000"/>
        </w:rPr>
        <w:t>“RAIN BIRD, a designer's own boat.” Yachting, Nov 1951, pp. 58.</w:t>
      </w:r>
    </w:p>
    <w:p w14:paraId="3C29933F" w14:textId="77777777" w:rsidR="008B157E" w:rsidRDefault="00000000">
      <w:pPr>
        <w:keepNext/>
        <w:spacing w:before="160" w:after="60"/>
        <w:ind w:left="317"/>
      </w:pPr>
      <w:r>
        <w:rPr>
          <w:b/>
          <w:color w:val="000000"/>
        </w:rPr>
        <w:t>RAPTURE</w:t>
      </w:r>
    </w:p>
    <w:p w14:paraId="2202A6CA" w14:textId="77777777" w:rsidR="008B157E" w:rsidRDefault="00000000">
      <w:pPr>
        <w:keepLines/>
        <w:spacing w:after="140" w:line="245" w:lineRule="auto"/>
        <w:ind w:left="634" w:hanging="317"/>
      </w:pPr>
      <w:r>
        <w:rPr>
          <w:color w:val="000000"/>
          <w:sz w:val="18"/>
        </w:rPr>
        <w:t>Type: launch;  Length overall: 24' 6";  Garden design: 693;  SP Coll. 096 catalog: 96.538</w:t>
      </w:r>
      <w:r>
        <w:br/>
      </w:r>
      <w:r>
        <w:rPr>
          <w:color w:val="000000"/>
        </w:rPr>
        <w:t>Garden, W. “RAPTURE.” Yacht Designs: Rev, pp. 199.</w:t>
      </w:r>
    </w:p>
    <w:p w14:paraId="5AC5511F" w14:textId="77777777" w:rsidR="008B157E" w:rsidRDefault="00000000">
      <w:pPr>
        <w:keepNext/>
        <w:spacing w:before="160"/>
      </w:pPr>
      <w:r>
        <w:rPr>
          <w:b/>
          <w:color w:val="1F4E78"/>
          <w:sz w:val="26"/>
        </w:rPr>
        <w:t>S</w:t>
      </w:r>
    </w:p>
    <w:p w14:paraId="5EC605E0" w14:textId="77777777" w:rsidR="008B157E" w:rsidRDefault="00000000">
      <w:pPr>
        <w:keepNext/>
        <w:spacing w:before="160" w:after="60"/>
        <w:ind w:left="317"/>
      </w:pPr>
      <w:r>
        <w:rPr>
          <w:b/>
          <w:color w:val="000000"/>
        </w:rPr>
        <w:t>SAANICH BEAGLE</w:t>
      </w:r>
    </w:p>
    <w:p w14:paraId="6DDC46A0" w14:textId="77777777" w:rsidR="008B157E" w:rsidRDefault="00000000">
      <w:pPr>
        <w:keepLines/>
        <w:spacing w:after="140" w:line="245" w:lineRule="auto"/>
        <w:ind w:left="634" w:hanging="317"/>
      </w:pPr>
      <w:r>
        <w:rPr>
          <w:color w:val="000000"/>
          <w:sz w:val="18"/>
        </w:rPr>
        <w:t>Length overall: 28';  Garden design: 608;  SP Coll. 096 catalog: 96.489</w:t>
      </w:r>
      <w:r>
        <w:br/>
      </w:r>
      <w:r>
        <w:rPr>
          <w:color w:val="000000"/>
        </w:rPr>
        <w:t>Garden, W. “SAANICH BEAGLE.” Yacht Designs II, pp. 12.</w:t>
      </w:r>
    </w:p>
    <w:p w14:paraId="368E69AD" w14:textId="77777777" w:rsidR="008B157E" w:rsidRDefault="00000000">
      <w:pPr>
        <w:keepLines/>
        <w:spacing w:after="140" w:line="245" w:lineRule="auto"/>
        <w:ind w:left="634" w:hanging="317"/>
      </w:pPr>
      <w:r>
        <w:rPr>
          <w:color w:val="000000"/>
          <w:sz w:val="18"/>
        </w:rPr>
        <w:t>Type: sloop;  Owner: Alex Bavelas;  Builder: Bent Jespersen;  Garden design: 608</w:t>
      </w:r>
      <w:r>
        <w:br/>
      </w:r>
      <w:r>
        <w:rPr>
          <w:color w:val="000000"/>
        </w:rPr>
        <w:t>Bavelas, Alex et cal. “Three views of the Saanich Beagle.” WoodenBoat, Sep/Oct 1976, pp. 70-3.</w:t>
      </w:r>
    </w:p>
    <w:p w14:paraId="1078EDF0" w14:textId="77777777" w:rsidR="008B157E" w:rsidRDefault="00000000">
      <w:pPr>
        <w:keepNext/>
        <w:spacing w:before="160" w:after="60"/>
        <w:ind w:left="317"/>
      </w:pPr>
      <w:r>
        <w:rPr>
          <w:b/>
          <w:color w:val="000000"/>
        </w:rPr>
        <w:t>SAN CAPRI?</w:t>
      </w:r>
    </w:p>
    <w:p w14:paraId="0A4CCCBC" w14:textId="77777777" w:rsidR="008B157E" w:rsidRDefault="00000000">
      <w:pPr>
        <w:keepLines/>
        <w:spacing w:after="140" w:line="245" w:lineRule="auto"/>
        <w:ind w:left="634" w:hanging="317"/>
      </w:pPr>
      <w:r>
        <w:rPr>
          <w:color w:val="000000"/>
          <w:sz w:val="18"/>
        </w:rPr>
        <w:t>Type: cruiser;  Length overall: 42';  Owner: Jim Vauz;  Builder: Starlet Corp;  Garden design: 447;  SP Coll. 096 catalog: 96.366</w:t>
      </w:r>
      <w:r>
        <w:br/>
      </w:r>
      <w:r>
        <w:rPr>
          <w:color w:val="000000"/>
        </w:rPr>
        <w:t>“Wanderer class diesel cruisers Plan A.” 100 Yacht &amp; Vessel Designs, pp. 23.</w:t>
      </w:r>
    </w:p>
    <w:p w14:paraId="3F56F2C8" w14:textId="77777777" w:rsidR="008B157E" w:rsidRDefault="00000000">
      <w:pPr>
        <w:keepNext/>
        <w:spacing w:before="160" w:after="60"/>
        <w:ind w:left="317"/>
      </w:pPr>
      <w:r>
        <w:rPr>
          <w:b/>
          <w:color w:val="000000"/>
        </w:rPr>
        <w:t>SAND LARK</w:t>
      </w:r>
    </w:p>
    <w:p w14:paraId="05ACBC20" w14:textId="77777777" w:rsidR="008B157E" w:rsidRDefault="00000000">
      <w:pPr>
        <w:keepLines/>
        <w:spacing w:after="140" w:line="245" w:lineRule="auto"/>
        <w:ind w:left="634" w:hanging="317"/>
      </w:pPr>
      <w:r>
        <w:rPr>
          <w:color w:val="000000"/>
          <w:sz w:val="18"/>
        </w:rPr>
        <w:t>Type: schooner;  Length overall: 60';  Garden design: 282;  SP Coll. 096 catalog: 96.198</w:t>
      </w:r>
      <w:r>
        <w:br/>
      </w:r>
      <w:r>
        <w:rPr>
          <w:color w:val="000000"/>
        </w:rPr>
        <w:t>Garden, W. “SAND LARK.” Yacht Designs: Rev, pp. 172.</w:t>
      </w:r>
    </w:p>
    <w:p w14:paraId="4EB9C674" w14:textId="77777777" w:rsidR="008B157E" w:rsidRDefault="00000000">
      <w:pPr>
        <w:keepLines/>
        <w:spacing w:after="140" w:line="245" w:lineRule="auto"/>
        <w:ind w:left="634" w:hanging="317"/>
      </w:pPr>
      <w:r>
        <w:rPr>
          <w:color w:val="000000"/>
          <w:sz w:val="18"/>
        </w:rPr>
        <w:t>Type: schooner;  Length overall: 60';  Garden design: 282;  SP Coll. 096 catalog: 96.198</w:t>
      </w:r>
      <w:r>
        <w:br/>
      </w:r>
      <w:r>
        <w:rPr>
          <w:color w:val="000000"/>
        </w:rPr>
        <w:t>Garden, W. “SAND LARK: a traditional schooner.” Yacht Designs, 1977, pp. 118.</w:t>
      </w:r>
    </w:p>
    <w:p w14:paraId="47FF3E23" w14:textId="77777777" w:rsidR="008B157E" w:rsidRDefault="00000000">
      <w:pPr>
        <w:keepNext/>
        <w:spacing w:before="160" w:after="60"/>
        <w:ind w:left="317"/>
      </w:pPr>
      <w:r>
        <w:rPr>
          <w:b/>
          <w:color w:val="000000"/>
        </w:rPr>
        <w:t>SAPPHIRE SEA</w:t>
      </w:r>
    </w:p>
    <w:p w14:paraId="25FF9112" w14:textId="77777777" w:rsidR="008B157E" w:rsidRDefault="00000000">
      <w:pPr>
        <w:keepLines/>
        <w:spacing w:after="140" w:line="245" w:lineRule="auto"/>
        <w:ind w:left="634" w:hanging="317"/>
      </w:pPr>
      <w:r>
        <w:rPr>
          <w:color w:val="000000"/>
          <w:sz w:val="18"/>
        </w:rPr>
        <w:t>Type: diesel yacht;  Length overall: 63';  Owner: Andrew Anderson;  Builder: Blanchard Boat Co.;  Garden design: 408;  SP Coll. 096 catalog: No plans avail.</w:t>
      </w:r>
      <w:r>
        <w:br/>
      </w:r>
      <w:r>
        <w:rPr>
          <w:color w:val="000000"/>
        </w:rPr>
        <w:t>“SAPPHIRE SEA is designed for cruisiing.” 100 Yacht &amp; Vessel Designs, pp. 35.</w:t>
      </w:r>
    </w:p>
    <w:p w14:paraId="586D1689" w14:textId="77777777" w:rsidR="008B157E" w:rsidRDefault="00000000">
      <w:pPr>
        <w:keepNext/>
        <w:spacing w:before="160" w:after="60"/>
        <w:ind w:left="317"/>
      </w:pPr>
      <w:r>
        <w:rPr>
          <w:b/>
          <w:color w:val="000000"/>
        </w:rPr>
        <w:t>SAUCY BESS</w:t>
      </w:r>
    </w:p>
    <w:p w14:paraId="6C066C0B" w14:textId="77777777" w:rsidR="008B157E" w:rsidRDefault="00000000">
      <w:pPr>
        <w:keepLines/>
        <w:spacing w:after="140" w:line="245" w:lineRule="auto"/>
        <w:ind w:left="634" w:hanging="317"/>
      </w:pPr>
      <w:r>
        <w:rPr>
          <w:color w:val="000000"/>
          <w:sz w:val="18"/>
        </w:rPr>
        <w:t>Type: motor sailer;  Length overall: 24'</w:t>
      </w:r>
      <w:r>
        <w:br/>
      </w:r>
      <w:r>
        <w:rPr>
          <w:color w:val="000000"/>
        </w:rPr>
        <w:t>Garden, W. “SAUCY BESS.” Yacht Designs II, pp. 100.</w:t>
      </w:r>
    </w:p>
    <w:p w14:paraId="4D6BDFE0" w14:textId="77777777" w:rsidR="008B157E" w:rsidRDefault="00000000">
      <w:pPr>
        <w:keepNext/>
        <w:spacing w:before="160" w:after="60"/>
        <w:ind w:left="317"/>
      </w:pPr>
      <w:r>
        <w:rPr>
          <w:b/>
          <w:color w:val="000000"/>
        </w:rPr>
        <w:t>SCOTCH MIST II</w:t>
      </w:r>
    </w:p>
    <w:p w14:paraId="3E787435" w14:textId="77777777" w:rsidR="008B157E" w:rsidRDefault="00000000">
      <w:pPr>
        <w:keepLines/>
        <w:spacing w:after="140" w:line="245" w:lineRule="auto"/>
        <w:ind w:left="634" w:hanging="317"/>
      </w:pPr>
      <w:r>
        <w:rPr>
          <w:color w:val="000000"/>
          <w:sz w:val="18"/>
        </w:rPr>
        <w:t>Type: motor sailer;  Length overall: 89' 8";  Garden design: 615;  SP Coll. 096 catalog: 96.495</w:t>
      </w:r>
      <w:r>
        <w:br/>
      </w:r>
      <w:r>
        <w:rPr>
          <w:color w:val="000000"/>
        </w:rPr>
        <w:t>Garden, W. “SCOTCH MIST II.” Yacht Designs II, pp. 102.</w:t>
      </w:r>
    </w:p>
    <w:p w14:paraId="2E0EFB4F" w14:textId="77777777" w:rsidR="008B157E" w:rsidRDefault="00000000">
      <w:pPr>
        <w:keepNext/>
        <w:spacing w:before="160" w:after="60"/>
        <w:ind w:left="317"/>
      </w:pPr>
      <w:r>
        <w:rPr>
          <w:b/>
          <w:color w:val="000000"/>
        </w:rPr>
        <w:lastRenderedPageBreak/>
        <w:t>SEA BIRD II</w:t>
      </w:r>
    </w:p>
    <w:p w14:paraId="0FCBC850" w14:textId="77777777" w:rsidR="008B157E" w:rsidRDefault="00000000">
      <w:pPr>
        <w:keepLines/>
        <w:spacing w:after="140" w:line="245" w:lineRule="auto"/>
        <w:ind w:left="634" w:hanging="317"/>
      </w:pPr>
      <w:r>
        <w:rPr>
          <w:color w:val="000000"/>
          <w:sz w:val="18"/>
        </w:rPr>
        <w:t>Type: yawl;  Length overall: 26';  Garden design: 598</w:t>
      </w:r>
      <w:r>
        <w:br/>
      </w:r>
      <w:r>
        <w:rPr>
          <w:color w:val="000000"/>
        </w:rPr>
        <w:t>Garden, W. “SEA BIRD II.” Yacht Designs: Rev, pp. 52.</w:t>
      </w:r>
    </w:p>
    <w:p w14:paraId="17D06AE6" w14:textId="77777777" w:rsidR="008B157E" w:rsidRDefault="00000000">
      <w:pPr>
        <w:keepLines/>
        <w:spacing w:after="140" w:line="245" w:lineRule="auto"/>
        <w:ind w:left="634" w:hanging="317"/>
      </w:pPr>
      <w:r>
        <w:rPr>
          <w:color w:val="000000"/>
          <w:sz w:val="18"/>
        </w:rPr>
        <w:t>Type: yawl;  Length overall: 26';  Garden design: 598</w:t>
      </w:r>
      <w:r>
        <w:br/>
      </w:r>
      <w:r>
        <w:rPr>
          <w:color w:val="000000"/>
        </w:rPr>
        <w:t>Garden, W. “SEA BIRD II, a plywood yawl.” Yacht Designs, 1977, pp. 52.</w:t>
      </w:r>
    </w:p>
    <w:p w14:paraId="31A1B81F" w14:textId="77777777" w:rsidR="008B157E" w:rsidRDefault="00000000">
      <w:pPr>
        <w:keepNext/>
        <w:spacing w:before="160" w:after="60"/>
        <w:ind w:left="317"/>
      </w:pPr>
      <w:r>
        <w:rPr>
          <w:b/>
          <w:color w:val="000000"/>
        </w:rPr>
        <w:t>SEA LARK</w:t>
      </w:r>
    </w:p>
    <w:p w14:paraId="24214A71" w14:textId="77777777" w:rsidR="008B157E" w:rsidRDefault="00000000">
      <w:pPr>
        <w:keepLines/>
        <w:spacing w:after="140" w:line="245" w:lineRule="auto"/>
        <w:ind w:left="634" w:hanging="317"/>
      </w:pPr>
      <w:r>
        <w:rPr>
          <w:color w:val="000000"/>
          <w:sz w:val="18"/>
        </w:rPr>
        <w:t>Type: schooner;  Length overall: 28' 6";  Owner: Richard Bennett;  Garden design: 182-R</w:t>
      </w:r>
      <w:r>
        <w:br/>
      </w:r>
      <w:r>
        <w:rPr>
          <w:color w:val="000000"/>
        </w:rPr>
        <w:t>“Little schooner with character.” Yachting, Oct 1953, pp. 57.</w:t>
      </w:r>
    </w:p>
    <w:p w14:paraId="2C3187FA" w14:textId="77777777" w:rsidR="008B157E" w:rsidRDefault="00000000">
      <w:pPr>
        <w:keepNext/>
        <w:spacing w:before="160" w:after="60"/>
        <w:ind w:left="317"/>
      </w:pPr>
      <w:r>
        <w:rPr>
          <w:b/>
          <w:color w:val="000000"/>
        </w:rPr>
        <w:t>SEACAPE</w:t>
      </w:r>
    </w:p>
    <w:p w14:paraId="033A3AC5" w14:textId="77777777" w:rsidR="008B157E" w:rsidRDefault="00000000">
      <w:pPr>
        <w:keepLines/>
        <w:spacing w:after="140" w:line="245" w:lineRule="auto"/>
        <w:ind w:left="634" w:hanging="317"/>
      </w:pPr>
      <w:r>
        <w:rPr>
          <w:color w:val="000000"/>
          <w:sz w:val="18"/>
        </w:rPr>
        <w:t>Type: halibut schooner;  Length overall: 38';  Owner: Thos. Culyer;  Garden design: 478;  SP Coll. 096 catalog: 96.395</w:t>
      </w:r>
      <w:r>
        <w:br/>
      </w:r>
      <w:r>
        <w:rPr>
          <w:color w:val="000000"/>
        </w:rPr>
        <w:t>“Seagoing Power Boats with steadying sails.” 100 Yacht &amp; Vessel Designs, pp. 37.</w:t>
      </w:r>
    </w:p>
    <w:p w14:paraId="6BED4CD7" w14:textId="77777777" w:rsidR="008B157E" w:rsidRDefault="00000000">
      <w:pPr>
        <w:keepNext/>
        <w:spacing w:before="160" w:after="60"/>
        <w:ind w:left="317"/>
      </w:pPr>
      <w:r>
        <w:rPr>
          <w:b/>
          <w:color w:val="000000"/>
        </w:rPr>
        <w:t>SEACOMA</w:t>
      </w:r>
    </w:p>
    <w:p w14:paraId="09A9B392" w14:textId="77777777" w:rsidR="008B157E" w:rsidRDefault="00000000">
      <w:pPr>
        <w:keepLines/>
        <w:spacing w:after="140" w:line="245" w:lineRule="auto"/>
        <w:ind w:left="634" w:hanging="317"/>
      </w:pPr>
      <w:r>
        <w:rPr>
          <w:color w:val="000000"/>
          <w:sz w:val="18"/>
        </w:rPr>
        <w:t>Type: cruiser;  Length overall: 63';  Owner: C. H. Thayer;  Garden design: 303;  SP Coll. 096 catalog: 96.22</w:t>
      </w:r>
      <w:r>
        <w:br/>
      </w:r>
      <w:r>
        <w:rPr>
          <w:color w:val="000000"/>
        </w:rPr>
        <w:t>“SEACOMA.” 100 Yacht &amp; Vessel Designs, pp. 33.</w:t>
      </w:r>
    </w:p>
    <w:p w14:paraId="4E5A9BF7" w14:textId="77777777" w:rsidR="008B157E" w:rsidRDefault="00000000">
      <w:pPr>
        <w:keepNext/>
        <w:spacing w:before="160" w:after="60"/>
        <w:ind w:left="317"/>
      </w:pPr>
      <w:r>
        <w:rPr>
          <w:b/>
          <w:color w:val="000000"/>
        </w:rPr>
        <w:t>SEAGULL 23</w:t>
      </w:r>
    </w:p>
    <w:p w14:paraId="051E27DA" w14:textId="77777777" w:rsidR="008B157E" w:rsidRDefault="00000000">
      <w:pPr>
        <w:keepLines/>
        <w:spacing w:after="140" w:line="245" w:lineRule="auto"/>
        <w:ind w:left="634" w:hanging="317"/>
      </w:pPr>
      <w:r>
        <w:rPr>
          <w:color w:val="000000"/>
          <w:sz w:val="18"/>
        </w:rPr>
        <w:t>Type: sloop;  Length overall: 30';  Garden design: 25</w:t>
      </w:r>
      <w:r>
        <w:br/>
      </w:r>
      <w:r>
        <w:rPr>
          <w:color w:val="000000"/>
        </w:rPr>
        <w:t>“SEAGULL 23.” 100 Yacht &amp; Vessel Designs, pp. 9.</w:t>
      </w:r>
    </w:p>
    <w:p w14:paraId="70EB96DB" w14:textId="77777777" w:rsidR="008B157E" w:rsidRDefault="00000000">
      <w:pPr>
        <w:keepNext/>
        <w:spacing w:before="160" w:after="60"/>
        <w:ind w:left="317"/>
      </w:pPr>
      <w:r>
        <w:rPr>
          <w:b/>
          <w:color w:val="000000"/>
        </w:rPr>
        <w:t>SEAL</w:t>
      </w:r>
    </w:p>
    <w:p w14:paraId="19074666" w14:textId="77777777" w:rsidR="008B157E" w:rsidRDefault="00000000">
      <w:pPr>
        <w:keepLines/>
        <w:spacing w:after="140" w:line="245" w:lineRule="auto"/>
        <w:ind w:left="634" w:hanging="317"/>
      </w:pPr>
      <w:r>
        <w:rPr>
          <w:color w:val="000000"/>
          <w:sz w:val="18"/>
        </w:rPr>
        <w:t>Type: marconi cutter</w:t>
      </w:r>
      <w:r>
        <w:br/>
      </w:r>
      <w:r>
        <w:rPr>
          <w:color w:val="000000"/>
        </w:rPr>
        <w:t>Bennett, J. “Building a boat in the backyard.” WoodenBoat, Sep/Oct 1996, pp. 30-3.</w:t>
      </w:r>
    </w:p>
    <w:p w14:paraId="47246DD4" w14:textId="77777777" w:rsidR="008B157E" w:rsidRDefault="00000000">
      <w:pPr>
        <w:keepLines/>
        <w:spacing w:after="140" w:line="245" w:lineRule="auto"/>
        <w:ind w:left="634" w:hanging="317"/>
      </w:pPr>
      <w:r>
        <w:rPr>
          <w:color w:val="000000"/>
          <w:sz w:val="18"/>
        </w:rPr>
        <w:t>Type: ketch;  Length overall: 37' 4"</w:t>
      </w:r>
      <w:r>
        <w:br/>
      </w:r>
      <w:r>
        <w:rPr>
          <w:color w:val="000000"/>
        </w:rPr>
        <w:t>“Plans of SEAL.” 100 Yacht &amp; Vessel Designs, pp. 13.</w:t>
      </w:r>
    </w:p>
    <w:p w14:paraId="5B962F63" w14:textId="77777777" w:rsidR="008B157E" w:rsidRDefault="00000000">
      <w:pPr>
        <w:keepLines/>
        <w:spacing w:after="140" w:line="245" w:lineRule="auto"/>
        <w:ind w:left="634" w:hanging="317"/>
      </w:pPr>
      <w:r>
        <w:rPr>
          <w:color w:val="000000"/>
          <w:sz w:val="18"/>
        </w:rPr>
        <w:t>Type: ketch;  Length overall: 37' 4";  Garden design: 448;  SP Coll. 096 catalog: 96.367</w:t>
      </w:r>
      <w:r>
        <w:br/>
      </w:r>
      <w:r>
        <w:rPr>
          <w:color w:val="000000"/>
        </w:rPr>
        <w:t>Garden, W. “SEAL.” Yacht Designs: Rev, pp. 113.</w:t>
      </w:r>
    </w:p>
    <w:p w14:paraId="2BA4CCD9" w14:textId="77777777" w:rsidR="008B157E" w:rsidRDefault="00000000">
      <w:pPr>
        <w:keepLines/>
        <w:spacing w:after="140" w:line="245" w:lineRule="auto"/>
        <w:ind w:left="634" w:hanging="317"/>
      </w:pPr>
      <w:r>
        <w:rPr>
          <w:color w:val="000000"/>
          <w:sz w:val="18"/>
        </w:rPr>
        <w:t>Type: ketch;  Length overall: 37' 4";  Garden design: 448;  SP Coll. 096 catalog: 96.367</w:t>
      </w:r>
      <w:r>
        <w:br/>
      </w:r>
      <w:r>
        <w:rPr>
          <w:color w:val="000000"/>
        </w:rPr>
        <w:t>Garden, W. “SEAL.” Yacht Designs: Rev, pp. 79.</w:t>
      </w:r>
    </w:p>
    <w:p w14:paraId="6C53592D" w14:textId="77777777" w:rsidR="008B157E" w:rsidRDefault="00000000">
      <w:pPr>
        <w:keepNext/>
        <w:spacing w:before="160" w:after="60"/>
        <w:ind w:left="317"/>
      </w:pPr>
      <w:r>
        <w:rPr>
          <w:b/>
          <w:color w:val="000000"/>
        </w:rPr>
        <w:t>SEQUIN</w:t>
      </w:r>
    </w:p>
    <w:p w14:paraId="549103F7" w14:textId="77777777" w:rsidR="008B157E" w:rsidRDefault="00000000">
      <w:pPr>
        <w:keepLines/>
        <w:spacing w:after="140" w:line="245" w:lineRule="auto"/>
        <w:ind w:left="634" w:hanging="317"/>
      </w:pPr>
      <w:r>
        <w:rPr>
          <w:color w:val="000000"/>
          <w:sz w:val="18"/>
        </w:rPr>
        <w:t>Type: schooner;  Length overall: 42' 0";  Owner: Dr. Earl Lasher;  Builder: Duwamish Welding;  Garden design: 287/287R</w:t>
      </w:r>
      <w:r>
        <w:br/>
      </w:r>
      <w:r>
        <w:rPr>
          <w:color w:val="000000"/>
        </w:rPr>
        <w:t>“Garden "character" boat.” Yachting, Dec 1954, pp. 56.</w:t>
      </w:r>
    </w:p>
    <w:p w14:paraId="5A51F4DE" w14:textId="77777777" w:rsidR="008B157E" w:rsidRDefault="00000000">
      <w:pPr>
        <w:keepLines/>
        <w:spacing w:after="140" w:line="245" w:lineRule="auto"/>
        <w:ind w:left="634" w:hanging="317"/>
      </w:pPr>
      <w:r>
        <w:rPr>
          <w:color w:val="000000"/>
          <w:sz w:val="18"/>
        </w:rPr>
        <w:t>Type: schooner;  Length overall: 41';  Owner: Dr. Earl Lasher;  Garden design: 287;  SP Coll. 096 catalog: 96.203</w:t>
      </w:r>
      <w:r>
        <w:br/>
      </w:r>
      <w:r>
        <w:rPr>
          <w:color w:val="000000"/>
        </w:rPr>
        <w:t>“SEQUIN.” 100 Yacht &amp; Vessel Designs, pp. 56.</w:t>
      </w:r>
    </w:p>
    <w:p w14:paraId="152BD632" w14:textId="77777777" w:rsidR="008B157E" w:rsidRDefault="00000000">
      <w:pPr>
        <w:keepLines/>
        <w:spacing w:after="140" w:line="245" w:lineRule="auto"/>
        <w:ind w:left="634" w:hanging="317"/>
      </w:pPr>
      <w:r>
        <w:rPr>
          <w:color w:val="000000"/>
          <w:sz w:val="18"/>
        </w:rPr>
        <w:t>Type: schooner;  Length overall: 43' 6";  Garden design: 287;  SP Coll. 096 catalog: 96.203</w:t>
      </w:r>
      <w:r>
        <w:br/>
      </w:r>
      <w:r>
        <w:rPr>
          <w:color w:val="000000"/>
        </w:rPr>
        <w:t>Garden, W. “SEQUIN.” Yacht Designs II, pp. 78.</w:t>
      </w:r>
    </w:p>
    <w:p w14:paraId="4DC50512" w14:textId="77777777" w:rsidR="008B157E" w:rsidRDefault="00000000">
      <w:pPr>
        <w:keepNext/>
        <w:spacing w:before="160" w:after="60"/>
        <w:ind w:left="317"/>
      </w:pPr>
      <w:r>
        <w:rPr>
          <w:b/>
          <w:color w:val="000000"/>
        </w:rPr>
        <w:t>SHALIMAR</w:t>
      </w:r>
    </w:p>
    <w:p w14:paraId="1A605344" w14:textId="77777777" w:rsidR="008B157E" w:rsidRDefault="00000000">
      <w:pPr>
        <w:keepLines/>
        <w:spacing w:after="140" w:line="245" w:lineRule="auto"/>
        <w:ind w:left="634" w:hanging="317"/>
      </w:pPr>
      <w:r>
        <w:rPr>
          <w:color w:val="000000"/>
          <w:sz w:val="18"/>
        </w:rPr>
        <w:t>Type: motor sailer;  Length overall: 89' 8";  Garden design: 615;  SP Coll. 096 catalog: 96.496</w:t>
      </w:r>
      <w:r>
        <w:br/>
      </w:r>
      <w:r>
        <w:rPr>
          <w:color w:val="000000"/>
        </w:rPr>
        <w:t>Garden, W. “SHALIMAR.” Yacht Designs II, pp. 102.</w:t>
      </w:r>
    </w:p>
    <w:p w14:paraId="7C67155E" w14:textId="77777777" w:rsidR="008B157E" w:rsidRDefault="00000000">
      <w:pPr>
        <w:keepNext/>
        <w:spacing w:before="160" w:after="60"/>
        <w:ind w:left="317"/>
      </w:pPr>
      <w:r>
        <w:rPr>
          <w:b/>
          <w:color w:val="000000"/>
        </w:rPr>
        <w:t>SINBAD</w:t>
      </w:r>
    </w:p>
    <w:p w14:paraId="19ABA3CC" w14:textId="7085E946" w:rsidR="008B157E" w:rsidRDefault="00000000">
      <w:pPr>
        <w:keepLines/>
        <w:spacing w:after="140" w:line="245" w:lineRule="auto"/>
        <w:ind w:left="634" w:hanging="317"/>
      </w:pPr>
      <w:r>
        <w:rPr>
          <w:color w:val="000000"/>
          <w:sz w:val="18"/>
        </w:rPr>
        <w:t>Type: cruiser;  Length overall: 52' 3";  Owner: Roberto Marvin;  Garden design: 427;  SP Coll. 096 catalog: 96.344</w:t>
      </w:r>
      <w:r>
        <w:br/>
      </w:r>
      <w:r>
        <w:rPr>
          <w:color w:val="000000"/>
        </w:rPr>
        <w:t>“SINBAD.” 100 Yacht &amp; Vessel Designs, pp. 22.</w:t>
      </w:r>
      <w:r>
        <w:rPr>
          <w:color w:val="9C5700"/>
          <w:sz w:val="18"/>
        </w:rPr>
        <w:br/>
      </w:r>
      <w:r w:rsidR="000D3AEC">
        <w:rPr>
          <w:color w:val="9C5700"/>
          <w:sz w:val="18"/>
        </w:rPr>
        <w:t>Title supplied from vessel name</w:t>
      </w:r>
    </w:p>
    <w:p w14:paraId="68B78B45" w14:textId="77777777" w:rsidR="008B157E" w:rsidRDefault="00000000">
      <w:pPr>
        <w:keepNext/>
        <w:spacing w:before="160" w:after="60"/>
        <w:ind w:left="317"/>
      </w:pPr>
      <w:r>
        <w:rPr>
          <w:b/>
          <w:color w:val="000000"/>
        </w:rPr>
        <w:t>SITKIN</w:t>
      </w:r>
    </w:p>
    <w:p w14:paraId="6466BED0" w14:textId="77777777" w:rsidR="008B157E" w:rsidRDefault="00000000">
      <w:pPr>
        <w:keepLines/>
        <w:spacing w:after="140" w:line="245" w:lineRule="auto"/>
        <w:ind w:left="634" w:hanging="317"/>
      </w:pPr>
      <w:r>
        <w:rPr>
          <w:color w:val="000000"/>
          <w:sz w:val="18"/>
        </w:rPr>
        <w:t>Type: ketch;  Length overall: 35' 10";  Owner: Warren R. Roll;  Garden design: 70</w:t>
      </w:r>
      <w:r>
        <w:br/>
      </w:r>
      <w:r>
        <w:rPr>
          <w:color w:val="000000"/>
        </w:rPr>
        <w:t>“SITKIN, a little ketch of unconventional design.” Yachting, Feb 1946, pp. 88-9.</w:t>
      </w:r>
    </w:p>
    <w:p w14:paraId="54B32F37" w14:textId="77777777" w:rsidR="008B157E" w:rsidRDefault="00000000">
      <w:pPr>
        <w:keepNext/>
        <w:spacing w:before="160" w:after="60"/>
        <w:ind w:left="317"/>
      </w:pPr>
      <w:r>
        <w:rPr>
          <w:b/>
          <w:color w:val="000000"/>
        </w:rPr>
        <w:lastRenderedPageBreak/>
        <w:t>SLEEP ROBBER</w:t>
      </w:r>
    </w:p>
    <w:p w14:paraId="79274245" w14:textId="77777777" w:rsidR="008B157E" w:rsidRDefault="00000000">
      <w:pPr>
        <w:keepLines/>
        <w:spacing w:after="140" w:line="245" w:lineRule="auto"/>
        <w:ind w:left="634" w:hanging="317"/>
      </w:pPr>
      <w:r>
        <w:rPr>
          <w:color w:val="000000"/>
          <w:sz w:val="18"/>
        </w:rPr>
        <w:t>Type: trawler-seiner;  Length overall: 21';  Owner: Capt. Fred Kohse;  Builder: Star Shipyards Ltd, New Westminster, B.C.;  Garden design: 315;  SP Coll. 096 catalog: 96.223</w:t>
      </w:r>
      <w:r>
        <w:br/>
      </w:r>
      <w:r>
        <w:rPr>
          <w:color w:val="000000"/>
        </w:rPr>
        <w:t>“Meet the "Sleep Robber".” 100 Yacht &amp; Vessel Designs, pp. 63.</w:t>
      </w:r>
    </w:p>
    <w:p w14:paraId="7226437B" w14:textId="77777777" w:rsidR="008B157E" w:rsidRDefault="00000000">
      <w:pPr>
        <w:keepNext/>
        <w:spacing w:before="160" w:after="60"/>
        <w:ind w:left="317"/>
      </w:pPr>
      <w:r>
        <w:rPr>
          <w:b/>
          <w:color w:val="000000"/>
        </w:rPr>
        <w:t>SNOW GOOSE</w:t>
      </w:r>
    </w:p>
    <w:p w14:paraId="40F7AD9C" w14:textId="77777777" w:rsidR="008B157E" w:rsidRDefault="00000000">
      <w:pPr>
        <w:keepLines/>
        <w:spacing w:after="140" w:line="245" w:lineRule="auto"/>
        <w:ind w:left="634" w:hanging="317"/>
      </w:pPr>
      <w:r>
        <w:rPr>
          <w:color w:val="000000"/>
          <w:sz w:val="18"/>
        </w:rPr>
        <w:t>Type: cruiser;  Length overall: 41';  Garden design: 481;  SP Coll. 096 catalog: 96.397</w:t>
      </w:r>
      <w:r>
        <w:br/>
      </w:r>
      <w:r>
        <w:rPr>
          <w:color w:val="000000"/>
        </w:rPr>
        <w:t>Garden, W. “SNOW GOOSE.” Yacht Designs: Rev, pp. 249.</w:t>
      </w:r>
    </w:p>
    <w:p w14:paraId="78CC111C" w14:textId="77777777" w:rsidR="008B157E" w:rsidRDefault="00000000">
      <w:pPr>
        <w:keepLines/>
        <w:spacing w:after="140" w:line="245" w:lineRule="auto"/>
        <w:ind w:left="634" w:hanging="317"/>
      </w:pPr>
      <w:r>
        <w:rPr>
          <w:color w:val="000000"/>
          <w:sz w:val="18"/>
        </w:rPr>
        <w:t>Type: cruiser;  Length overall: 41';  Garden design: 481;  SP Coll. 096 catalog: 96.397</w:t>
      </w:r>
      <w:r>
        <w:br/>
      </w:r>
      <w:r>
        <w:rPr>
          <w:color w:val="000000"/>
        </w:rPr>
        <w:t>Garden, W. “SNOW GOOSE: a production yacht.” Yacht Designs, 1977, pp. 158.</w:t>
      </w:r>
    </w:p>
    <w:p w14:paraId="47B95E66" w14:textId="77777777" w:rsidR="008B157E" w:rsidRDefault="00000000">
      <w:pPr>
        <w:keepNext/>
        <w:spacing w:before="160" w:after="60"/>
        <w:ind w:left="317"/>
      </w:pPr>
      <w:r>
        <w:rPr>
          <w:b/>
          <w:color w:val="000000"/>
        </w:rPr>
        <w:t>SONIA</w:t>
      </w:r>
    </w:p>
    <w:p w14:paraId="2D675961" w14:textId="77777777" w:rsidR="008B157E" w:rsidRDefault="00000000">
      <w:pPr>
        <w:keepLines/>
        <w:spacing w:after="140" w:line="245" w:lineRule="auto"/>
        <w:ind w:left="634" w:hanging="317"/>
      </w:pPr>
      <w:r>
        <w:rPr>
          <w:color w:val="000000"/>
          <w:sz w:val="18"/>
        </w:rPr>
        <w:t>Length overall: 60'</w:t>
      </w:r>
      <w:r>
        <w:br/>
      </w:r>
      <w:r>
        <w:rPr>
          <w:color w:val="000000"/>
        </w:rPr>
        <w:t>Garden, W. “SONIA and NISKU.” Yacht Designs: Rev, pp. 278.</w:t>
      </w:r>
    </w:p>
    <w:p w14:paraId="70DCAE69" w14:textId="77777777" w:rsidR="008B157E" w:rsidRDefault="00000000">
      <w:pPr>
        <w:keepNext/>
        <w:spacing w:before="160" w:after="60"/>
        <w:ind w:left="317"/>
      </w:pPr>
      <w:r>
        <w:rPr>
          <w:b/>
          <w:color w:val="000000"/>
        </w:rPr>
        <w:t>SOUTHERLY</w:t>
      </w:r>
    </w:p>
    <w:p w14:paraId="5D1BD99E" w14:textId="77777777" w:rsidR="008B157E" w:rsidRDefault="00000000">
      <w:pPr>
        <w:keepLines/>
        <w:spacing w:after="140" w:line="245" w:lineRule="auto"/>
        <w:ind w:left="634" w:hanging="317"/>
      </w:pPr>
      <w:r>
        <w:rPr>
          <w:color w:val="000000"/>
          <w:sz w:val="18"/>
        </w:rPr>
        <w:t>Type: motor cruiser;  Length overall: 64' 9";  Garden design: 683;  SP Coll. 096 catalog: 96.53</w:t>
      </w:r>
      <w:r>
        <w:br/>
      </w:r>
      <w:r>
        <w:rPr>
          <w:color w:val="000000"/>
        </w:rPr>
        <w:t>Garden, W. “SOUTHERLY.” Yacht Designs II, pp. 169.</w:t>
      </w:r>
    </w:p>
    <w:p w14:paraId="10787CC2" w14:textId="77777777" w:rsidR="008B157E" w:rsidRDefault="00000000">
      <w:pPr>
        <w:keepNext/>
        <w:spacing w:before="160" w:after="60"/>
        <w:ind w:left="317"/>
      </w:pPr>
      <w:r>
        <w:rPr>
          <w:b/>
          <w:color w:val="000000"/>
        </w:rPr>
        <w:t>SUN BOW</w:t>
      </w:r>
    </w:p>
    <w:p w14:paraId="7956E9B4" w14:textId="77777777" w:rsidR="008B157E" w:rsidRDefault="00000000">
      <w:pPr>
        <w:keepLines/>
        <w:spacing w:after="140" w:line="245" w:lineRule="auto"/>
        <w:ind w:left="634" w:hanging="317"/>
      </w:pPr>
      <w:r>
        <w:rPr>
          <w:color w:val="000000"/>
          <w:sz w:val="18"/>
        </w:rPr>
        <w:t>Type: diesel yacht;  Length overall: 65';  Owner: Bud Guthries;  Builder: John Thornycroft/Singapore;  Garden design: 467;  SP Coll. 096 catalog: 96.386</w:t>
      </w:r>
      <w:r>
        <w:br/>
      </w:r>
      <w:r>
        <w:rPr>
          <w:color w:val="000000"/>
        </w:rPr>
        <w:t>“No title.” 100 Yacht &amp; Vessel Designs, pp. 38.</w:t>
      </w:r>
    </w:p>
    <w:p w14:paraId="16508652" w14:textId="77777777" w:rsidR="008B157E" w:rsidRDefault="00000000">
      <w:pPr>
        <w:keepNext/>
        <w:spacing w:before="160" w:after="60"/>
        <w:ind w:left="317"/>
      </w:pPr>
      <w:r>
        <w:rPr>
          <w:b/>
          <w:color w:val="000000"/>
        </w:rPr>
        <w:t>SUSZ L</w:t>
      </w:r>
    </w:p>
    <w:p w14:paraId="2A3DA8DE" w14:textId="77777777" w:rsidR="008B157E" w:rsidRDefault="00000000">
      <w:pPr>
        <w:keepLines/>
        <w:spacing w:after="140" w:line="245" w:lineRule="auto"/>
        <w:ind w:left="634" w:hanging="317"/>
      </w:pPr>
      <w:r>
        <w:rPr>
          <w:color w:val="000000"/>
          <w:sz w:val="18"/>
        </w:rPr>
        <w:t>Type: seiner;  Length overall: 34';  Builder: Commerical Marine Constuction Co/Seattle</w:t>
      </w:r>
      <w:r>
        <w:br/>
      </w:r>
      <w:r>
        <w:rPr>
          <w:color w:val="000000"/>
        </w:rPr>
        <w:t>“Seiner.” 100 Yacht &amp; Vessel Designs, pp. 68.</w:t>
      </w:r>
    </w:p>
    <w:p w14:paraId="1A842584" w14:textId="77777777" w:rsidR="008B157E" w:rsidRDefault="00000000">
      <w:pPr>
        <w:keepNext/>
        <w:spacing w:before="160" w:after="60"/>
        <w:ind w:left="317"/>
      </w:pPr>
      <w:r>
        <w:rPr>
          <w:b/>
          <w:color w:val="000000"/>
        </w:rPr>
        <w:t>SWOOP</w:t>
      </w:r>
    </w:p>
    <w:p w14:paraId="5A9FFCC3" w14:textId="77777777" w:rsidR="008B157E" w:rsidRDefault="00000000">
      <w:pPr>
        <w:keepLines/>
        <w:spacing w:after="140" w:line="245" w:lineRule="auto"/>
        <w:ind w:left="634" w:hanging="317"/>
      </w:pPr>
      <w:r>
        <w:rPr>
          <w:color w:val="000000"/>
        </w:rPr>
        <w:t>Garden, W. “BUCCANEER 300 and SWOOP, two contrasts.” Yacht Designs, 1977, pp. 69.</w:t>
      </w:r>
    </w:p>
    <w:p w14:paraId="46B0AD71" w14:textId="77777777" w:rsidR="008B157E" w:rsidRDefault="00000000">
      <w:pPr>
        <w:keepLines/>
        <w:spacing w:after="140" w:line="245" w:lineRule="auto"/>
        <w:ind w:left="634" w:hanging="317"/>
      </w:pPr>
      <w:r>
        <w:rPr>
          <w:color w:val="000000"/>
          <w:sz w:val="18"/>
        </w:rPr>
        <w:t>Length overall: 34';  Garden design: 604;  SP Coll. 096 catalog: 96.486</w:t>
      </w:r>
      <w:r>
        <w:br/>
      </w:r>
      <w:r>
        <w:rPr>
          <w:color w:val="000000"/>
        </w:rPr>
        <w:t>Garden, W. “SWOOP and BUCCANEER 300.” Yacht Designs: Rev, pp. 99.</w:t>
      </w:r>
    </w:p>
    <w:p w14:paraId="02FA9169" w14:textId="77777777" w:rsidR="008B157E" w:rsidRDefault="00000000">
      <w:pPr>
        <w:keepNext/>
        <w:spacing w:before="160"/>
      </w:pPr>
      <w:r>
        <w:rPr>
          <w:b/>
          <w:color w:val="1F4E78"/>
          <w:sz w:val="26"/>
        </w:rPr>
        <w:t>T</w:t>
      </w:r>
    </w:p>
    <w:p w14:paraId="61A915F3" w14:textId="77777777" w:rsidR="008B157E" w:rsidRDefault="00000000">
      <w:pPr>
        <w:keepNext/>
        <w:spacing w:before="160" w:after="60"/>
        <w:ind w:left="317"/>
      </w:pPr>
      <w:r>
        <w:rPr>
          <w:b/>
          <w:color w:val="000000"/>
        </w:rPr>
        <w:t>TACITA</w:t>
      </w:r>
    </w:p>
    <w:p w14:paraId="2EBBFCF3" w14:textId="77777777" w:rsidR="008B157E" w:rsidRDefault="00000000">
      <w:pPr>
        <w:keepLines/>
        <w:spacing w:after="140" w:line="245" w:lineRule="auto"/>
        <w:ind w:left="634" w:hanging="317"/>
      </w:pPr>
      <w:r>
        <w:rPr>
          <w:color w:val="000000"/>
          <w:sz w:val="18"/>
        </w:rPr>
        <w:t>Type: ketch;  Length overall: 51'</w:t>
      </w:r>
      <w:r>
        <w:br/>
      </w:r>
      <w:r>
        <w:rPr>
          <w:color w:val="000000"/>
        </w:rPr>
        <w:t>Garden, W. “TACITA.” Yacht Designs: Rev, pp. 159.</w:t>
      </w:r>
    </w:p>
    <w:p w14:paraId="7CE3AF72" w14:textId="77777777" w:rsidR="008B157E" w:rsidRDefault="00000000">
      <w:pPr>
        <w:keepNext/>
        <w:spacing w:before="160" w:after="60"/>
        <w:ind w:left="317"/>
      </w:pPr>
      <w:r>
        <w:rPr>
          <w:b/>
          <w:color w:val="000000"/>
        </w:rPr>
        <w:t>TAPOLE</w:t>
      </w:r>
    </w:p>
    <w:p w14:paraId="45CE98F5" w14:textId="77777777" w:rsidR="008B157E" w:rsidRDefault="00000000">
      <w:pPr>
        <w:keepLines/>
        <w:spacing w:after="140" w:line="245" w:lineRule="auto"/>
        <w:ind w:left="634" w:hanging="317"/>
      </w:pPr>
      <w:r>
        <w:rPr>
          <w:color w:val="000000"/>
          <w:sz w:val="18"/>
        </w:rPr>
        <w:t>Type: day sailer;  Length overall: 21'</w:t>
      </w:r>
      <w:r>
        <w:br/>
      </w:r>
      <w:r>
        <w:rPr>
          <w:color w:val="000000"/>
        </w:rPr>
        <w:t>Garden, W. “Day sailer, No 2, TAPOLE.” Yacht Designs II, pp. 93.</w:t>
      </w:r>
    </w:p>
    <w:p w14:paraId="21CEC240" w14:textId="77777777" w:rsidR="008B157E" w:rsidRDefault="00000000">
      <w:pPr>
        <w:keepNext/>
        <w:spacing w:before="160" w:after="60"/>
        <w:ind w:left="317"/>
      </w:pPr>
      <w:r>
        <w:rPr>
          <w:b/>
          <w:color w:val="000000"/>
        </w:rPr>
        <w:t>TEAL</w:t>
      </w:r>
    </w:p>
    <w:p w14:paraId="13FEE386" w14:textId="77777777" w:rsidR="008B157E" w:rsidRDefault="00000000">
      <w:pPr>
        <w:keepLines/>
        <w:spacing w:after="140" w:line="245" w:lineRule="auto"/>
        <w:ind w:left="634" w:hanging="317"/>
      </w:pPr>
      <w:r>
        <w:rPr>
          <w:color w:val="000000"/>
          <w:sz w:val="18"/>
        </w:rPr>
        <w:t>Type: aux sloop;  Length overall: 30' 5";  Garden design: 509;  SP Coll. 096 catalog: 96.422</w:t>
      </w:r>
      <w:r>
        <w:br/>
      </w:r>
      <w:r>
        <w:rPr>
          <w:color w:val="000000"/>
        </w:rPr>
        <w:t>Garden, W. “TEAL.” Yacht Designs II, pp. 55.</w:t>
      </w:r>
    </w:p>
    <w:p w14:paraId="346B5017" w14:textId="77777777" w:rsidR="008B157E" w:rsidRDefault="00000000">
      <w:pPr>
        <w:keepNext/>
        <w:spacing w:before="160" w:after="60"/>
        <w:ind w:left="317"/>
      </w:pPr>
      <w:r>
        <w:rPr>
          <w:b/>
          <w:color w:val="000000"/>
        </w:rPr>
        <w:t>TEAL BIRD</w:t>
      </w:r>
    </w:p>
    <w:p w14:paraId="13EC55FA" w14:textId="77777777" w:rsidR="008B157E" w:rsidRDefault="00000000">
      <w:pPr>
        <w:keepLines/>
        <w:spacing w:after="140" w:line="245" w:lineRule="auto"/>
        <w:ind w:left="634" w:hanging="317"/>
      </w:pPr>
      <w:r>
        <w:rPr>
          <w:color w:val="000000"/>
          <w:sz w:val="18"/>
        </w:rPr>
        <w:t>Type: ketch;  Length overall: 50';  Garden design: 471;  SP Coll. 096 catalog: 96.389</w:t>
      </w:r>
      <w:r>
        <w:br/>
      </w:r>
      <w:r>
        <w:rPr>
          <w:color w:val="000000"/>
        </w:rPr>
        <w:t>Garden, W. “TEAK BIRD.” Yacht Designs: Rev, pp. 153.</w:t>
      </w:r>
    </w:p>
    <w:p w14:paraId="6CAB2691" w14:textId="77777777" w:rsidR="008B157E" w:rsidRDefault="00000000">
      <w:pPr>
        <w:keepNext/>
        <w:spacing w:before="160" w:after="60"/>
        <w:ind w:left="317"/>
      </w:pPr>
      <w:r>
        <w:rPr>
          <w:b/>
          <w:color w:val="000000"/>
        </w:rPr>
        <w:t>TILLICUM</w:t>
      </w:r>
    </w:p>
    <w:p w14:paraId="7CF38534" w14:textId="77777777" w:rsidR="008B157E" w:rsidRDefault="00000000">
      <w:pPr>
        <w:keepLines/>
        <w:spacing w:after="140" w:line="245" w:lineRule="auto"/>
        <w:ind w:left="634" w:hanging="317"/>
      </w:pPr>
      <w:r>
        <w:rPr>
          <w:color w:val="000000"/>
          <w:sz w:val="18"/>
        </w:rPr>
        <w:t>Type: schooner;  Length overall: 41';  Garden design: 596;  SP Coll. 096 catalog: 96.481</w:t>
      </w:r>
      <w:r>
        <w:br/>
      </w:r>
      <w:r>
        <w:rPr>
          <w:color w:val="000000"/>
        </w:rPr>
        <w:t>Garden, W. “TILLICUM.” Yacht Designs: Rev, pp. 127.</w:t>
      </w:r>
    </w:p>
    <w:p w14:paraId="254A17E6" w14:textId="77777777" w:rsidR="008B157E" w:rsidRDefault="00000000">
      <w:pPr>
        <w:keepLines/>
        <w:spacing w:after="140" w:line="245" w:lineRule="auto"/>
        <w:ind w:left="634" w:hanging="317"/>
      </w:pPr>
      <w:r>
        <w:rPr>
          <w:color w:val="000000"/>
          <w:sz w:val="18"/>
        </w:rPr>
        <w:t>Type: schooner;  Length overall: 41';  Garden design: 596;  SP Coll. 096 catalog: 96.481</w:t>
      </w:r>
      <w:r>
        <w:br/>
      </w:r>
      <w:r>
        <w:rPr>
          <w:color w:val="000000"/>
        </w:rPr>
        <w:t>Garden, W. “TILLICUM: a scow schooner.” Yacht Designs, 1977, pp. 90.</w:t>
      </w:r>
    </w:p>
    <w:p w14:paraId="26839DB6" w14:textId="77777777" w:rsidR="008B157E" w:rsidRDefault="00000000">
      <w:pPr>
        <w:keepNext/>
        <w:spacing w:before="160" w:after="60"/>
        <w:ind w:left="317"/>
      </w:pPr>
      <w:r>
        <w:rPr>
          <w:b/>
          <w:color w:val="000000"/>
        </w:rPr>
        <w:lastRenderedPageBreak/>
        <w:t>TILLLIE HOWARD</w:t>
      </w:r>
    </w:p>
    <w:p w14:paraId="224609B7" w14:textId="4E16FD93" w:rsidR="008B157E" w:rsidRDefault="00000000">
      <w:pPr>
        <w:keepLines/>
        <w:spacing w:after="140" w:line="245" w:lineRule="auto"/>
        <w:ind w:left="634" w:hanging="317"/>
      </w:pPr>
      <w:r>
        <w:rPr>
          <w:color w:val="000000"/>
          <w:sz w:val="18"/>
        </w:rPr>
        <w:t>Type: sharpie ketch;  Length overall: 46';  Garden design: 588</w:t>
      </w:r>
      <w:r>
        <w:br/>
      </w:r>
      <w:r>
        <w:rPr>
          <w:color w:val="000000"/>
        </w:rPr>
        <w:t>Garden, W. “TILLIE HOWARD.” Yacht Designs: Rev, pp. 144.</w:t>
      </w:r>
      <w:r>
        <w:rPr>
          <w:color w:val="9C5700"/>
          <w:sz w:val="18"/>
        </w:rPr>
        <w:br/>
      </w:r>
      <w:r w:rsidR="000D3AEC">
        <w:rPr>
          <w:color w:val="9C5700"/>
          <w:sz w:val="18"/>
        </w:rPr>
        <w:t>Plans not available</w:t>
      </w:r>
    </w:p>
    <w:p w14:paraId="73EF669A" w14:textId="31D7C8DC" w:rsidR="008B157E" w:rsidRDefault="00000000">
      <w:pPr>
        <w:keepLines/>
        <w:spacing w:after="140" w:line="245" w:lineRule="auto"/>
        <w:ind w:left="634" w:hanging="317"/>
      </w:pPr>
      <w:r>
        <w:rPr>
          <w:color w:val="000000"/>
          <w:sz w:val="18"/>
        </w:rPr>
        <w:t>Type: sharpie ketch;  Length overall: 46';  Garden design: 588</w:t>
      </w:r>
      <w:r>
        <w:br/>
      </w:r>
      <w:r>
        <w:rPr>
          <w:color w:val="000000"/>
        </w:rPr>
        <w:t>Garden, W. “TILLIE HOWARD: a sharpie ketch.” Yacht Designs, 1977, pp. 107.</w:t>
      </w:r>
      <w:r>
        <w:rPr>
          <w:color w:val="9C5700"/>
          <w:sz w:val="18"/>
        </w:rPr>
        <w:br/>
      </w:r>
      <w:r w:rsidR="000D3AEC">
        <w:rPr>
          <w:color w:val="9C5700"/>
          <w:sz w:val="18"/>
        </w:rPr>
        <w:t>Plans not available</w:t>
      </w:r>
    </w:p>
    <w:p w14:paraId="424019D5" w14:textId="77777777" w:rsidR="008B157E" w:rsidRDefault="00000000">
      <w:pPr>
        <w:keepNext/>
        <w:spacing w:before="160" w:after="60"/>
        <w:ind w:left="317"/>
      </w:pPr>
      <w:r>
        <w:rPr>
          <w:b/>
          <w:color w:val="000000"/>
        </w:rPr>
        <w:t>TINKLE</w:t>
      </w:r>
    </w:p>
    <w:p w14:paraId="302BCBD5" w14:textId="77777777" w:rsidR="008B157E" w:rsidRDefault="00000000">
      <w:pPr>
        <w:keepLines/>
        <w:spacing w:after="140" w:line="245" w:lineRule="auto"/>
        <w:ind w:left="634" w:hanging="317"/>
      </w:pPr>
      <w:r>
        <w:rPr>
          <w:color w:val="000000"/>
          <w:sz w:val="18"/>
        </w:rPr>
        <w:t>Type: day sailer;  Length overall: 18';  Owner: Roger Spencer</w:t>
      </w:r>
      <w:r>
        <w:br/>
      </w:r>
      <w:r>
        <w:rPr>
          <w:color w:val="000000"/>
        </w:rPr>
        <w:t>“TINKLE.” Yachting, Oct 1942, pp. 48.</w:t>
      </w:r>
    </w:p>
    <w:p w14:paraId="1B3780D9" w14:textId="77777777" w:rsidR="008B157E" w:rsidRDefault="00000000">
      <w:pPr>
        <w:keepNext/>
        <w:spacing w:before="160" w:after="60"/>
        <w:ind w:left="317"/>
      </w:pPr>
      <w:r>
        <w:rPr>
          <w:b/>
          <w:color w:val="000000"/>
        </w:rPr>
        <w:t>TLINGIT</w:t>
      </w:r>
    </w:p>
    <w:p w14:paraId="3B56CFD6" w14:textId="77777777" w:rsidR="008B157E" w:rsidRDefault="00000000">
      <w:pPr>
        <w:keepLines/>
        <w:spacing w:after="140" w:line="245" w:lineRule="auto"/>
        <w:ind w:left="634" w:hanging="317"/>
      </w:pPr>
      <w:r>
        <w:rPr>
          <w:color w:val="000000"/>
          <w:sz w:val="18"/>
        </w:rPr>
        <w:t>Type: motor canoe;  Length overall: 62'</w:t>
      </w:r>
      <w:r>
        <w:br/>
      </w:r>
      <w:r>
        <w:rPr>
          <w:color w:val="000000"/>
        </w:rPr>
        <w:t>While, J./Comment. “Plain and fancy powerboats.” WoodenBoat, Sep/Oct 1990, pp. 112-6.</w:t>
      </w:r>
    </w:p>
    <w:p w14:paraId="0C7017C4" w14:textId="77777777" w:rsidR="008B157E" w:rsidRDefault="00000000">
      <w:pPr>
        <w:keepLines/>
        <w:spacing w:after="140" w:line="245" w:lineRule="auto"/>
        <w:ind w:left="634" w:hanging="317"/>
      </w:pPr>
      <w:r>
        <w:rPr>
          <w:color w:val="000000"/>
          <w:sz w:val="18"/>
        </w:rPr>
        <w:t>Type: launch;  Length overall: 62';  Garden design: 571</w:t>
      </w:r>
      <w:r>
        <w:br/>
      </w:r>
      <w:r>
        <w:rPr>
          <w:color w:val="000000"/>
        </w:rPr>
        <w:t>Garden, W. “TLINGIT.” Yacht Designs: Rev, pp. 287.</w:t>
      </w:r>
    </w:p>
    <w:p w14:paraId="434C7792" w14:textId="77777777" w:rsidR="008B157E" w:rsidRDefault="00000000">
      <w:pPr>
        <w:keepLines/>
        <w:spacing w:after="140" w:line="245" w:lineRule="auto"/>
        <w:ind w:left="634" w:hanging="317"/>
      </w:pPr>
      <w:r>
        <w:rPr>
          <w:color w:val="000000"/>
          <w:sz w:val="18"/>
        </w:rPr>
        <w:t>Type: launch;  Length overall: 62';  Garden design: 571</w:t>
      </w:r>
      <w:r>
        <w:br/>
      </w:r>
      <w:r>
        <w:rPr>
          <w:color w:val="000000"/>
        </w:rPr>
        <w:t>Garden, W. “TLINGIT and two dories.” Yacht Designs II, pp. 176.</w:t>
      </w:r>
    </w:p>
    <w:p w14:paraId="6793ECCF" w14:textId="77777777" w:rsidR="008B157E" w:rsidRDefault="00000000">
      <w:pPr>
        <w:keepLines/>
        <w:spacing w:after="140" w:line="245" w:lineRule="auto"/>
        <w:ind w:left="634" w:hanging="317"/>
      </w:pPr>
      <w:r>
        <w:rPr>
          <w:color w:val="000000"/>
          <w:sz w:val="18"/>
        </w:rPr>
        <w:t>Type: launch;  Length overall: 62';  Garden design: 571</w:t>
      </w:r>
      <w:r>
        <w:br/>
      </w:r>
      <w:r>
        <w:rPr>
          <w:color w:val="000000"/>
        </w:rPr>
        <w:t>Garden, W. “TLINGIT: an economy cruiser.” Yacht Designs, 1977, pp. 189.</w:t>
      </w:r>
    </w:p>
    <w:p w14:paraId="30F0BA0F" w14:textId="77777777" w:rsidR="008B157E" w:rsidRDefault="00000000">
      <w:pPr>
        <w:keepNext/>
        <w:spacing w:before="160" w:after="60"/>
        <w:ind w:left="317"/>
      </w:pPr>
      <w:r>
        <w:rPr>
          <w:b/>
          <w:color w:val="000000"/>
        </w:rPr>
        <w:t>TOADSTOOL</w:t>
      </w:r>
    </w:p>
    <w:p w14:paraId="1E1EAAC4" w14:textId="6CAD5044" w:rsidR="008B157E" w:rsidRDefault="00000000">
      <w:pPr>
        <w:keepLines/>
        <w:spacing w:after="140" w:line="245" w:lineRule="auto"/>
        <w:ind w:left="634" w:hanging="317"/>
      </w:pPr>
      <w:r>
        <w:rPr>
          <w:color w:val="000000"/>
          <w:sz w:val="18"/>
        </w:rPr>
        <w:t>Type: schooner yacht;  Length overall: 29';  Garden design: 589</w:t>
      </w:r>
      <w:r>
        <w:br/>
      </w:r>
      <w:r>
        <w:rPr>
          <w:color w:val="000000"/>
        </w:rPr>
        <w:t>Garden, W. “TOADSTOOL.” Yacht Designs: Rev, pp. 71.</w:t>
      </w:r>
      <w:r>
        <w:rPr>
          <w:color w:val="9C5700"/>
          <w:sz w:val="18"/>
        </w:rPr>
        <w:br/>
      </w:r>
      <w:r w:rsidR="000D3AEC">
        <w:rPr>
          <w:color w:val="9C5700"/>
          <w:sz w:val="18"/>
        </w:rPr>
        <w:t>Plans not available</w:t>
      </w:r>
    </w:p>
    <w:p w14:paraId="1989E876" w14:textId="58EBD7F7" w:rsidR="008B157E" w:rsidRDefault="00000000">
      <w:pPr>
        <w:keepLines/>
        <w:spacing w:after="140" w:line="245" w:lineRule="auto"/>
        <w:ind w:left="634" w:hanging="317"/>
      </w:pPr>
      <w:r>
        <w:rPr>
          <w:color w:val="000000"/>
          <w:sz w:val="18"/>
        </w:rPr>
        <w:t>Type: schooner yacht;  Length overall: 29';  Garden design: 589</w:t>
      </w:r>
      <w:r>
        <w:br/>
      </w:r>
      <w:r>
        <w:rPr>
          <w:color w:val="000000"/>
        </w:rPr>
        <w:t>Garden, W. “TOADSTOOL: a schooner yacht.” Yacht Designs, 1977, pp. 49.</w:t>
      </w:r>
      <w:r>
        <w:rPr>
          <w:color w:val="9C5700"/>
          <w:sz w:val="18"/>
        </w:rPr>
        <w:br/>
      </w:r>
      <w:r w:rsidR="000D3AEC">
        <w:rPr>
          <w:color w:val="9C5700"/>
          <w:sz w:val="18"/>
        </w:rPr>
        <w:t>Plans not available</w:t>
      </w:r>
    </w:p>
    <w:p w14:paraId="5AA7C6BD" w14:textId="77777777" w:rsidR="008B157E" w:rsidRDefault="00000000">
      <w:pPr>
        <w:keepNext/>
        <w:spacing w:before="160"/>
      </w:pPr>
      <w:r>
        <w:rPr>
          <w:b/>
          <w:color w:val="1F4E78"/>
          <w:sz w:val="26"/>
        </w:rPr>
        <w:t>U</w:t>
      </w:r>
    </w:p>
    <w:p w14:paraId="718032A0" w14:textId="77777777" w:rsidR="008B157E" w:rsidRDefault="00000000">
      <w:pPr>
        <w:keepNext/>
        <w:spacing w:before="160" w:after="60"/>
        <w:ind w:left="317"/>
      </w:pPr>
      <w:r>
        <w:rPr>
          <w:b/>
          <w:color w:val="000000"/>
        </w:rPr>
        <w:t>UNION JACK</w:t>
      </w:r>
    </w:p>
    <w:p w14:paraId="5E230887" w14:textId="77777777" w:rsidR="008B157E" w:rsidRDefault="00000000">
      <w:pPr>
        <w:keepLines/>
        <w:spacing w:after="140" w:line="245" w:lineRule="auto"/>
        <w:ind w:left="634" w:hanging="317"/>
      </w:pPr>
      <w:r>
        <w:rPr>
          <w:color w:val="000000"/>
          <w:sz w:val="18"/>
        </w:rPr>
        <w:t>Type: schooner;  Length overall: 49';  Garden design: 570;  SP Coll. 096 catalog: Plan not available.</w:t>
      </w:r>
      <w:r>
        <w:br/>
      </w:r>
      <w:r>
        <w:rPr>
          <w:color w:val="000000"/>
        </w:rPr>
        <w:t>Garden, W. “UNION JACK.” Yacht Designs II, pp. 70.</w:t>
      </w:r>
    </w:p>
    <w:p w14:paraId="010B0C2C" w14:textId="77777777" w:rsidR="008B157E" w:rsidRDefault="00000000">
      <w:pPr>
        <w:keepNext/>
        <w:spacing w:before="160"/>
      </w:pPr>
      <w:r>
        <w:rPr>
          <w:b/>
          <w:color w:val="1F4E78"/>
          <w:sz w:val="26"/>
        </w:rPr>
        <w:t>V</w:t>
      </w:r>
    </w:p>
    <w:p w14:paraId="1FDEA165" w14:textId="77777777" w:rsidR="008B157E" w:rsidRDefault="00000000">
      <w:pPr>
        <w:keepNext/>
        <w:spacing w:before="160" w:after="60"/>
        <w:ind w:left="317"/>
      </w:pPr>
      <w:r>
        <w:rPr>
          <w:b/>
          <w:color w:val="000000"/>
        </w:rPr>
        <w:t>VEGA</w:t>
      </w:r>
    </w:p>
    <w:p w14:paraId="3AE25604" w14:textId="77777777" w:rsidR="008B157E" w:rsidRDefault="00000000">
      <w:pPr>
        <w:keepLines/>
        <w:spacing w:after="140" w:line="245" w:lineRule="auto"/>
        <w:ind w:left="634" w:hanging="317"/>
      </w:pPr>
      <w:r>
        <w:rPr>
          <w:color w:val="000000"/>
          <w:sz w:val="18"/>
        </w:rPr>
        <w:t>Type: cruiser;  Length overall: 35';  Owner: Ramsey Armstrong;  Builder: Vega Marine Corp.</w:t>
      </w:r>
      <w:r>
        <w:br/>
      </w:r>
      <w:r>
        <w:rPr>
          <w:color w:val="000000"/>
        </w:rPr>
        <w:t>“Vega Marine 36-ft Diesel.” 100 Yacht &amp; Vessel Designs, pp. 39.</w:t>
      </w:r>
    </w:p>
    <w:p w14:paraId="180AB0E2" w14:textId="77777777" w:rsidR="008B157E" w:rsidRDefault="00000000">
      <w:pPr>
        <w:keepNext/>
        <w:spacing w:before="160" w:after="60"/>
        <w:ind w:left="317"/>
      </w:pPr>
      <w:r>
        <w:rPr>
          <w:b/>
          <w:color w:val="000000"/>
        </w:rPr>
        <w:t>VITAL SPARK</w:t>
      </w:r>
    </w:p>
    <w:p w14:paraId="6D308C97" w14:textId="77777777" w:rsidR="008B157E" w:rsidRDefault="00000000">
      <w:pPr>
        <w:keepLines/>
        <w:spacing w:after="140" w:line="245" w:lineRule="auto"/>
        <w:ind w:left="634" w:hanging="317"/>
      </w:pPr>
      <w:r>
        <w:rPr>
          <w:color w:val="000000"/>
          <w:sz w:val="18"/>
        </w:rPr>
        <w:t>Type: canoe;  Length overall: 41' 8";  Owner: Ted Godel;  Builder: Ted Godel;  Garden design: 184;  SP Coll. 096 catalog: 96.99</w:t>
      </w:r>
      <w:r>
        <w:br/>
      </w:r>
      <w:r>
        <w:rPr>
          <w:color w:val="000000"/>
        </w:rPr>
        <w:t>“Cruising canoe.” Yachting, Sep 1949, pp. 58.</w:t>
      </w:r>
    </w:p>
    <w:p w14:paraId="7A8E696C" w14:textId="77777777" w:rsidR="008B157E" w:rsidRDefault="00000000">
      <w:pPr>
        <w:keepNext/>
        <w:spacing w:before="160"/>
      </w:pPr>
      <w:r>
        <w:rPr>
          <w:b/>
          <w:color w:val="1F4E78"/>
          <w:sz w:val="26"/>
        </w:rPr>
        <w:t>W</w:t>
      </w:r>
    </w:p>
    <w:p w14:paraId="446F5C14" w14:textId="77777777" w:rsidR="008B157E" w:rsidRDefault="00000000">
      <w:pPr>
        <w:keepNext/>
        <w:spacing w:before="160" w:after="60"/>
        <w:ind w:left="317"/>
      </w:pPr>
      <w:r>
        <w:rPr>
          <w:b/>
          <w:color w:val="000000"/>
        </w:rPr>
        <w:t>WALLOON</w:t>
      </w:r>
    </w:p>
    <w:p w14:paraId="7F2C513D" w14:textId="3C565ACE" w:rsidR="008B157E" w:rsidRDefault="00000000">
      <w:pPr>
        <w:keepLines/>
        <w:spacing w:after="140" w:line="245" w:lineRule="auto"/>
        <w:ind w:left="634" w:hanging="317"/>
      </w:pPr>
      <w:r>
        <w:rPr>
          <w:color w:val="000000"/>
          <w:sz w:val="18"/>
        </w:rPr>
        <w:t>Type: ketch;  Length overall: 37';  Garden design: 563</w:t>
      </w:r>
      <w:r>
        <w:br/>
      </w:r>
      <w:r>
        <w:rPr>
          <w:color w:val="000000"/>
        </w:rPr>
        <w:t>Garden, W. “WALLOON.” Yacht Designs: Rev, pp. 119.</w:t>
      </w:r>
      <w:r>
        <w:rPr>
          <w:color w:val="9C5700"/>
          <w:sz w:val="18"/>
        </w:rPr>
        <w:br/>
      </w:r>
      <w:r w:rsidR="000D3AEC">
        <w:rPr>
          <w:color w:val="9C5700"/>
          <w:sz w:val="18"/>
        </w:rPr>
        <w:t>Plans not available</w:t>
      </w:r>
    </w:p>
    <w:p w14:paraId="62359987" w14:textId="3C4F8F43" w:rsidR="008B157E" w:rsidRDefault="00000000">
      <w:pPr>
        <w:keepLines/>
        <w:spacing w:after="140" w:line="245" w:lineRule="auto"/>
        <w:ind w:left="634" w:hanging="317"/>
      </w:pPr>
      <w:r>
        <w:rPr>
          <w:color w:val="000000"/>
          <w:sz w:val="18"/>
        </w:rPr>
        <w:t>Type: ketch;  Length overall: 37';  Garden design: 563</w:t>
      </w:r>
      <w:r>
        <w:br/>
      </w:r>
      <w:r>
        <w:rPr>
          <w:color w:val="000000"/>
        </w:rPr>
        <w:t>Garden, W. “WALLOON: a cruising ketch.” Yacht Designs, 1977, pp. 85.</w:t>
      </w:r>
      <w:r>
        <w:rPr>
          <w:color w:val="9C5700"/>
          <w:sz w:val="18"/>
        </w:rPr>
        <w:br/>
      </w:r>
      <w:r w:rsidR="000D3AEC">
        <w:rPr>
          <w:color w:val="9C5700"/>
          <w:sz w:val="18"/>
        </w:rPr>
        <w:t>Plans not available</w:t>
      </w:r>
    </w:p>
    <w:p w14:paraId="3D4FC05C" w14:textId="77777777" w:rsidR="008B157E" w:rsidRDefault="00000000">
      <w:pPr>
        <w:keepNext/>
        <w:spacing w:before="160" w:after="60"/>
        <w:ind w:left="317"/>
      </w:pPr>
      <w:r>
        <w:rPr>
          <w:b/>
          <w:color w:val="000000"/>
        </w:rPr>
        <w:lastRenderedPageBreak/>
        <w:t>WANDERER</w:t>
      </w:r>
    </w:p>
    <w:p w14:paraId="37936DFA" w14:textId="77777777" w:rsidR="008B157E" w:rsidRDefault="00000000">
      <w:pPr>
        <w:keepLines/>
        <w:spacing w:after="140" w:line="245" w:lineRule="auto"/>
        <w:ind w:left="634" w:hanging="317"/>
      </w:pPr>
      <w:r>
        <w:rPr>
          <w:color w:val="000000"/>
          <w:sz w:val="18"/>
        </w:rPr>
        <w:t>Type: power yacht;  Length overall: 42' 6";  Garden design: 447;  SP Coll. 096 catalog: 96.366</w:t>
      </w:r>
      <w:r>
        <w:br/>
      </w:r>
      <w:r>
        <w:rPr>
          <w:color w:val="000000"/>
        </w:rPr>
        <w:t>Garden, W. “Wanderer 42'.” Yacht Designs II, pp. 142.</w:t>
      </w:r>
    </w:p>
    <w:p w14:paraId="2DEEE085" w14:textId="77777777" w:rsidR="008B157E" w:rsidRDefault="00000000">
      <w:pPr>
        <w:keepNext/>
        <w:spacing w:before="160" w:after="60"/>
        <w:ind w:left="317"/>
      </w:pPr>
      <w:r>
        <w:rPr>
          <w:b/>
          <w:color w:val="000000"/>
        </w:rPr>
        <w:t>WE'LL SEE</w:t>
      </w:r>
    </w:p>
    <w:p w14:paraId="402819D8" w14:textId="77777777" w:rsidR="008B157E" w:rsidRDefault="00000000">
      <w:pPr>
        <w:keepLines/>
        <w:spacing w:after="140" w:line="245" w:lineRule="auto"/>
        <w:ind w:left="634" w:hanging="317"/>
      </w:pPr>
      <w:r>
        <w:rPr>
          <w:color w:val="000000"/>
          <w:sz w:val="18"/>
        </w:rPr>
        <w:t>Type: cruiser;  Length overall: 40';  Garden design: 548;  SP Coll. 096 catalog: 96.456</w:t>
      </w:r>
      <w:r>
        <w:br/>
      </w:r>
      <w:r>
        <w:rPr>
          <w:color w:val="000000"/>
        </w:rPr>
        <w:t>Garden, W. “WE'LL SEE.” Yacht Designs: Rev, pp. 244.</w:t>
      </w:r>
    </w:p>
    <w:p w14:paraId="5D7450E7" w14:textId="77777777" w:rsidR="008B157E" w:rsidRDefault="00000000">
      <w:pPr>
        <w:keepLines/>
        <w:spacing w:after="140" w:line="245" w:lineRule="auto"/>
        <w:ind w:left="634" w:hanging="317"/>
      </w:pPr>
      <w:r>
        <w:rPr>
          <w:color w:val="000000"/>
          <w:sz w:val="18"/>
        </w:rPr>
        <w:t>Type: cruiser;  Length overall: 40'</w:t>
      </w:r>
      <w:r>
        <w:br/>
      </w:r>
      <w:r>
        <w:rPr>
          <w:color w:val="000000"/>
        </w:rPr>
        <w:t>Garden, W. “WE'LL SEE: an express cruiser.” Yacht Designs, 1977, pp. 153.</w:t>
      </w:r>
    </w:p>
    <w:p w14:paraId="52509B2A" w14:textId="77777777" w:rsidR="008B157E" w:rsidRDefault="00000000">
      <w:pPr>
        <w:keepNext/>
        <w:spacing w:before="160" w:after="60"/>
        <w:ind w:left="317"/>
      </w:pPr>
      <w:r>
        <w:rPr>
          <w:b/>
          <w:color w:val="000000"/>
        </w:rPr>
        <w:t>WHIRLWIND II</w:t>
      </w:r>
    </w:p>
    <w:p w14:paraId="795D6DA6" w14:textId="77777777" w:rsidR="008B157E" w:rsidRDefault="00000000">
      <w:pPr>
        <w:keepLines/>
        <w:spacing w:after="140" w:line="245" w:lineRule="auto"/>
        <w:ind w:left="634" w:hanging="317"/>
      </w:pPr>
      <w:r>
        <w:rPr>
          <w:color w:val="000000"/>
          <w:sz w:val="18"/>
        </w:rPr>
        <w:t>Type: yawl;  Length overall: 57' 4"</w:t>
      </w:r>
      <w:r>
        <w:br/>
      </w:r>
      <w:r>
        <w:rPr>
          <w:color w:val="000000"/>
        </w:rPr>
        <w:t>“Ocean racing yawl.” Rudder, Apr 1966, pp. 57.</w:t>
      </w:r>
    </w:p>
    <w:p w14:paraId="10447FE1" w14:textId="77777777" w:rsidR="008B157E" w:rsidRDefault="00000000">
      <w:pPr>
        <w:keepNext/>
        <w:spacing w:before="160" w:after="60"/>
        <w:ind w:left="317"/>
      </w:pPr>
      <w:r>
        <w:rPr>
          <w:b/>
          <w:color w:val="000000"/>
        </w:rPr>
        <w:t>WHITE ROSE</w:t>
      </w:r>
    </w:p>
    <w:p w14:paraId="2EEA96E8" w14:textId="77777777" w:rsidR="008B157E" w:rsidRDefault="00000000">
      <w:pPr>
        <w:keepLines/>
        <w:spacing w:after="140" w:line="245" w:lineRule="auto"/>
        <w:ind w:left="634" w:hanging="317"/>
      </w:pPr>
      <w:r>
        <w:rPr>
          <w:color w:val="000000"/>
          <w:sz w:val="18"/>
        </w:rPr>
        <w:t>Type: cruiser;  Length overall: 30';  Garden design: 725;  SP Coll. 096 catalog: 96.553</w:t>
      </w:r>
      <w:r>
        <w:br/>
      </w:r>
      <w:r>
        <w:rPr>
          <w:color w:val="000000"/>
        </w:rPr>
        <w:t>Garden, W. “WHITE ROSE.” Yacht Designs: Rev, pp. 206.</w:t>
      </w:r>
    </w:p>
    <w:p w14:paraId="78AC16A6" w14:textId="77777777" w:rsidR="008B157E" w:rsidRDefault="00000000">
      <w:pPr>
        <w:keepNext/>
        <w:spacing w:before="160" w:after="60"/>
        <w:ind w:left="317"/>
      </w:pPr>
      <w:r>
        <w:rPr>
          <w:b/>
          <w:color w:val="000000"/>
        </w:rPr>
        <w:t>WINDSTAR III</w:t>
      </w:r>
    </w:p>
    <w:p w14:paraId="7CEDCC5F" w14:textId="77777777" w:rsidR="008B157E" w:rsidRDefault="00000000">
      <w:pPr>
        <w:keepLines/>
        <w:spacing w:after="140" w:line="245" w:lineRule="auto"/>
        <w:ind w:left="634" w:hanging="317"/>
      </w:pPr>
      <w:r>
        <w:rPr>
          <w:color w:val="000000"/>
          <w:sz w:val="18"/>
        </w:rPr>
        <w:t>Type: aux ketch;  Length overall: 56';  Garden design: 593;  SP Coll. 096 catalog: 96.48</w:t>
      </w:r>
      <w:r>
        <w:br/>
      </w:r>
      <w:r>
        <w:rPr>
          <w:color w:val="000000"/>
        </w:rPr>
        <w:t>Garden, W. “WINDSTAR III.” Yacht Designs: Rev, pp. 167.</w:t>
      </w:r>
    </w:p>
    <w:p w14:paraId="49C65245" w14:textId="77777777" w:rsidR="008B157E" w:rsidRDefault="00000000">
      <w:pPr>
        <w:keepLines/>
        <w:spacing w:after="140" w:line="245" w:lineRule="auto"/>
        <w:ind w:left="634" w:hanging="317"/>
      </w:pPr>
      <w:r>
        <w:rPr>
          <w:color w:val="000000"/>
          <w:sz w:val="18"/>
        </w:rPr>
        <w:t>Type: aux ketch;  Length overall: 56';  Garden design: 593;  SP Coll. 096 catalog: 96.48</w:t>
      </w:r>
      <w:r>
        <w:br/>
      </w:r>
      <w:r>
        <w:rPr>
          <w:color w:val="000000"/>
        </w:rPr>
        <w:t>Garden, W. “WINDSTAR III: an auxiliary ketch.” Yacht Designs, 1977, pp. 113.</w:t>
      </w:r>
    </w:p>
    <w:p w14:paraId="584F0159" w14:textId="77777777" w:rsidR="008B157E" w:rsidRDefault="00000000">
      <w:pPr>
        <w:keepNext/>
        <w:spacing w:before="160"/>
      </w:pPr>
      <w:r>
        <w:rPr>
          <w:b/>
          <w:color w:val="1F4E78"/>
          <w:sz w:val="26"/>
        </w:rPr>
        <w:t>Y</w:t>
      </w:r>
    </w:p>
    <w:p w14:paraId="69F39CD4" w14:textId="77777777" w:rsidR="008B157E" w:rsidRDefault="00000000">
      <w:pPr>
        <w:keepNext/>
        <w:spacing w:before="160" w:after="60"/>
        <w:ind w:left="317"/>
      </w:pPr>
      <w:r>
        <w:rPr>
          <w:b/>
          <w:color w:val="000000"/>
        </w:rPr>
        <w:t>YANKEE</w:t>
      </w:r>
    </w:p>
    <w:p w14:paraId="41D467A1" w14:textId="77777777" w:rsidR="008B157E" w:rsidRDefault="00000000">
      <w:pPr>
        <w:keepLines/>
        <w:spacing w:after="140" w:line="245" w:lineRule="auto"/>
        <w:ind w:left="634" w:hanging="317"/>
      </w:pPr>
      <w:r>
        <w:rPr>
          <w:color w:val="000000"/>
          <w:sz w:val="18"/>
        </w:rPr>
        <w:t>Type: seiner;  Length overall: 56';  Owner: Paul Glenovich;  Builder: Bellingham Shipyards Co/Bellingham,WA;  Garden design: 341;  SP Coll. 096 catalog: 96.265</w:t>
      </w:r>
      <w:r>
        <w:br/>
      </w:r>
      <w:r>
        <w:rPr>
          <w:color w:val="000000"/>
        </w:rPr>
        <w:t>“Seiner.” 100 Yacht &amp; Vessel Designs, pp. 64.</w:t>
      </w:r>
    </w:p>
    <w:p w14:paraId="0C985393" w14:textId="77777777" w:rsidR="008B157E" w:rsidRDefault="00000000">
      <w:pPr>
        <w:keepNext/>
        <w:spacing w:before="160" w:after="60"/>
        <w:ind w:left="317"/>
      </w:pPr>
      <w:r>
        <w:rPr>
          <w:b/>
          <w:color w:val="000000"/>
        </w:rPr>
        <w:t>YANKEE BOY</w:t>
      </w:r>
    </w:p>
    <w:p w14:paraId="4ACAD7D6" w14:textId="77777777" w:rsidR="008B157E" w:rsidRDefault="00000000">
      <w:pPr>
        <w:keepLines/>
        <w:spacing w:after="140" w:line="245" w:lineRule="auto"/>
        <w:ind w:left="634" w:hanging="317"/>
      </w:pPr>
      <w:r>
        <w:rPr>
          <w:color w:val="000000"/>
          <w:sz w:val="18"/>
        </w:rPr>
        <w:t>Type: seiner;  Length overall: 56';  Owner: Robert Glenovich;  Builder: Bellingham Shipyards Co/Bellingham,WA;  Garden design: 341;  SP Coll. 096 catalog: 96.265</w:t>
      </w:r>
      <w:r>
        <w:br/>
      </w:r>
      <w:r>
        <w:rPr>
          <w:color w:val="000000"/>
        </w:rPr>
        <w:t>“Seiner.” 100 Yacht &amp; Vessel Designs, pp. 64.</w:t>
      </w:r>
    </w:p>
    <w:p w14:paraId="62C717BD" w14:textId="77777777" w:rsidR="008B157E" w:rsidRDefault="00000000">
      <w:pPr>
        <w:keepNext/>
        <w:spacing w:before="160"/>
      </w:pPr>
      <w:r>
        <w:rPr>
          <w:b/>
          <w:color w:val="1F4E78"/>
          <w:sz w:val="26"/>
        </w:rPr>
        <w:t>Z</w:t>
      </w:r>
    </w:p>
    <w:p w14:paraId="0AE69630" w14:textId="77777777" w:rsidR="008B157E" w:rsidRDefault="00000000">
      <w:pPr>
        <w:keepNext/>
        <w:spacing w:before="160" w:after="60"/>
        <w:ind w:left="317"/>
      </w:pPr>
      <w:r>
        <w:rPr>
          <w:b/>
          <w:color w:val="000000"/>
        </w:rPr>
        <w:t>ZIA</w:t>
      </w:r>
    </w:p>
    <w:p w14:paraId="4B1C71D3" w14:textId="77777777" w:rsidR="008B157E" w:rsidRDefault="00000000">
      <w:pPr>
        <w:keepLines/>
        <w:spacing w:after="140" w:line="245" w:lineRule="auto"/>
        <w:ind w:left="634" w:hanging="317"/>
      </w:pPr>
      <w:r>
        <w:rPr>
          <w:color w:val="000000"/>
          <w:sz w:val="18"/>
        </w:rPr>
        <w:t>Type: ketch;  Length overall: 75';  Owner: Robert F. Johnson;  Builder: Dittmar &amp; Donaldson/Costa Mesa;  Garden design: 374;  SP Coll. 096 catalog: 96.296</w:t>
      </w:r>
      <w:r>
        <w:br/>
      </w:r>
      <w:r>
        <w:rPr>
          <w:color w:val="000000"/>
        </w:rPr>
        <w:t>“ZIA.” 100 Yacht &amp; Vessel Designs, pp. 51.</w:t>
      </w:r>
    </w:p>
    <w:p w14:paraId="1D4782F2" w14:textId="77777777" w:rsidR="008B157E" w:rsidRDefault="00000000">
      <w:pPr>
        <w:keepLines/>
        <w:spacing w:after="140" w:line="245" w:lineRule="auto"/>
        <w:ind w:left="634" w:hanging="317"/>
      </w:pPr>
      <w:r>
        <w:rPr>
          <w:color w:val="000000"/>
          <w:sz w:val="18"/>
        </w:rPr>
        <w:t>Length overall: 73';  Garden design: 374;  SP Coll. 096 catalog: 96.296</w:t>
      </w:r>
      <w:r>
        <w:br/>
      </w:r>
      <w:r>
        <w:rPr>
          <w:color w:val="000000"/>
        </w:rPr>
        <w:t>Garden, W. “ZIA.” Yacht Designs: Rev, pp. 182.</w:t>
      </w:r>
    </w:p>
    <w:p w14:paraId="5B7748D7" w14:textId="77777777" w:rsidR="008B157E" w:rsidRDefault="00000000">
      <w:pPr>
        <w:keepNext/>
        <w:spacing w:before="200" w:after="140"/>
      </w:pPr>
      <w:r>
        <w:rPr>
          <w:b/>
          <w:color w:val="000000"/>
          <w:sz w:val="28"/>
        </w:rPr>
        <w:t>Citations for boat designs without vessel names</w:t>
      </w:r>
    </w:p>
    <w:p w14:paraId="0A325286" w14:textId="77777777" w:rsidR="008B157E" w:rsidRDefault="00000000">
      <w:pPr>
        <w:keepNext/>
        <w:spacing w:before="160"/>
      </w:pPr>
      <w:r>
        <w:rPr>
          <w:b/>
          <w:color w:val="1F4E78"/>
          <w:sz w:val="26"/>
        </w:rPr>
        <w:t>Numbers</w:t>
      </w:r>
    </w:p>
    <w:p w14:paraId="4794A02B" w14:textId="77777777" w:rsidR="008B157E" w:rsidRDefault="00000000">
      <w:pPr>
        <w:keepLines/>
        <w:spacing w:after="140" w:line="245" w:lineRule="auto"/>
        <w:ind w:left="317" w:hanging="317"/>
      </w:pPr>
      <w:r>
        <w:rPr>
          <w:color w:val="000000"/>
          <w:sz w:val="18"/>
        </w:rPr>
        <w:t>Type: double-ender;  Length overall: 20';  Owner: Martin Monson;  Builder: Martin Monson;  Garden design: 52</w:t>
      </w:r>
      <w:r>
        <w:br/>
      </w:r>
      <w:r>
        <w:rPr>
          <w:color w:val="000000"/>
        </w:rPr>
        <w:t>“20-foot open double-ender.” Yachting, Nov 1945, pp. 76.</w:t>
      </w:r>
    </w:p>
    <w:p w14:paraId="2BD16205" w14:textId="77777777" w:rsidR="008B157E" w:rsidRDefault="00000000">
      <w:pPr>
        <w:keepLines/>
        <w:spacing w:after="140" w:line="245" w:lineRule="auto"/>
        <w:ind w:left="317" w:hanging="317"/>
      </w:pPr>
      <w:r>
        <w:rPr>
          <w:color w:val="000000"/>
          <w:sz w:val="18"/>
        </w:rPr>
        <w:t>Type: cutter;  Length overall: 23';  Owner: Andy Goodwin</w:t>
      </w:r>
      <w:r>
        <w:br/>
      </w:r>
      <w:r>
        <w:rPr>
          <w:color w:val="000000"/>
        </w:rPr>
        <w:t>“23' waterline cutter, Vashon Island built.” 100 Yacht &amp; Vessel Designs, pp. 65.</w:t>
      </w:r>
    </w:p>
    <w:p w14:paraId="1AAA2FD6" w14:textId="77777777" w:rsidR="008B157E" w:rsidRDefault="00000000">
      <w:pPr>
        <w:keepLines/>
        <w:spacing w:after="140" w:line="245" w:lineRule="auto"/>
        <w:ind w:left="317" w:hanging="317"/>
      </w:pPr>
      <w:r>
        <w:rPr>
          <w:color w:val="000000"/>
          <w:sz w:val="18"/>
        </w:rPr>
        <w:t>Type: tender;  Length overall: 24';  Owner: Fish &amp; Wildlife;  Builder: Taylor Shipyard</w:t>
      </w:r>
      <w:r>
        <w:br/>
      </w:r>
      <w:r>
        <w:rPr>
          <w:color w:val="000000"/>
        </w:rPr>
        <w:t>“24' tender for fish weir.” 100 Yacht &amp; Vessel Designs, pp. 65.</w:t>
      </w:r>
    </w:p>
    <w:p w14:paraId="0DF9EC4D" w14:textId="77777777" w:rsidR="008B157E" w:rsidRDefault="00000000">
      <w:pPr>
        <w:keepLines/>
        <w:spacing w:after="140" w:line="245" w:lineRule="auto"/>
        <w:ind w:left="317" w:hanging="317"/>
      </w:pPr>
      <w:r>
        <w:rPr>
          <w:color w:val="000000"/>
          <w:sz w:val="18"/>
        </w:rPr>
        <w:lastRenderedPageBreak/>
        <w:t>Type: troller;  Length overall: 36'</w:t>
      </w:r>
      <w:r>
        <w:br/>
      </w:r>
      <w:r>
        <w:rPr>
          <w:color w:val="000000"/>
        </w:rPr>
        <w:t>“36 foot troller by Garden.” Rudder, Jul 1951, pp. 38-9.</w:t>
      </w:r>
    </w:p>
    <w:p w14:paraId="47EB0B5B" w14:textId="77777777" w:rsidR="008B157E" w:rsidRDefault="00000000">
      <w:pPr>
        <w:keepLines/>
        <w:spacing w:after="140" w:line="245" w:lineRule="auto"/>
        <w:ind w:left="317" w:hanging="317"/>
      </w:pPr>
      <w:r>
        <w:rPr>
          <w:color w:val="000000"/>
          <w:sz w:val="18"/>
        </w:rPr>
        <w:t>Type: cruiser;  Length overall: 37';  Owner: E. J. Kraus;  Builder: E. J. Kraus</w:t>
      </w:r>
      <w:r>
        <w:br/>
      </w:r>
      <w:r>
        <w:rPr>
          <w:color w:val="000000"/>
        </w:rPr>
        <w:t>“37' deep water cruiser by Garden.” 100 Yacht &amp; Vessel Designs, pp. 28.</w:t>
      </w:r>
    </w:p>
    <w:p w14:paraId="1F1F838B" w14:textId="77777777" w:rsidR="008B157E" w:rsidRDefault="00000000">
      <w:pPr>
        <w:keepLines/>
        <w:spacing w:after="140" w:line="245" w:lineRule="auto"/>
        <w:ind w:left="317" w:hanging="317"/>
      </w:pPr>
      <w:r>
        <w:rPr>
          <w:color w:val="000000"/>
          <w:sz w:val="18"/>
        </w:rPr>
        <w:t>Type: cruiser;  Length overall: 50';  Owner: Robert Lavoy;  Garden design: 103</w:t>
      </w:r>
      <w:r>
        <w:br/>
      </w:r>
      <w:r>
        <w:rPr>
          <w:color w:val="000000"/>
        </w:rPr>
        <w:t>“50-foot West Coast fishing cruiser.” Yachting, May 1947, pp. 88.</w:t>
      </w:r>
    </w:p>
    <w:p w14:paraId="17062B0A" w14:textId="77777777" w:rsidR="008B157E" w:rsidRDefault="00000000">
      <w:pPr>
        <w:keepLines/>
        <w:spacing w:after="140" w:line="245" w:lineRule="auto"/>
        <w:ind w:left="317" w:hanging="317"/>
      </w:pPr>
      <w:r>
        <w:rPr>
          <w:color w:val="000000"/>
          <w:sz w:val="18"/>
        </w:rPr>
        <w:t>Type: cruiser;  Length overall: 55';  Owner: Lee Chambers;  Garden design: 250;  SP Coll. 096 catalog: 96.157</w:t>
      </w:r>
      <w:r>
        <w:br/>
      </w:r>
      <w:r>
        <w:rPr>
          <w:color w:val="000000"/>
        </w:rPr>
        <w:t>“55' diesel boat by Garden.” 100 Yacht &amp; Vessel Designs, pp. 28.</w:t>
      </w:r>
    </w:p>
    <w:p w14:paraId="62ADD34E" w14:textId="77777777" w:rsidR="008B157E" w:rsidRDefault="00000000">
      <w:pPr>
        <w:keepLines/>
        <w:spacing w:after="140" w:line="245" w:lineRule="auto"/>
        <w:ind w:left="317" w:hanging="317"/>
      </w:pPr>
      <w:r>
        <w:rPr>
          <w:color w:val="000000"/>
          <w:sz w:val="18"/>
        </w:rPr>
        <w:t>Type: schooner;  Length overall: 60';  Owner: Dean B. Chandler;  Builder: Yucatan, Mexico</w:t>
      </w:r>
      <w:r>
        <w:br/>
      </w:r>
      <w:r>
        <w:rPr>
          <w:color w:val="000000"/>
        </w:rPr>
        <w:t>“60' Topsail schooner.” 100 Yacht &amp; Vessel Designs, pp. 55.</w:t>
      </w:r>
    </w:p>
    <w:p w14:paraId="41904BC6" w14:textId="77777777" w:rsidR="008B157E" w:rsidRDefault="00000000">
      <w:pPr>
        <w:keepLines/>
        <w:spacing w:after="140" w:line="245" w:lineRule="auto"/>
        <w:ind w:left="317" w:hanging="317"/>
      </w:pPr>
      <w:r>
        <w:rPr>
          <w:color w:val="000000"/>
          <w:sz w:val="18"/>
        </w:rPr>
        <w:t>Type: schooner;  Length overall: 60';  Owner: Dean B. Chandler;  Garden design: 21-A</w:t>
      </w:r>
      <w:r>
        <w:br/>
      </w:r>
      <w:r>
        <w:rPr>
          <w:color w:val="000000"/>
        </w:rPr>
        <w:t>“60' topsail schooner.” Yachting, Nov 1957, pp. 75.</w:t>
      </w:r>
    </w:p>
    <w:p w14:paraId="57B7CF1C" w14:textId="77777777" w:rsidR="008B157E" w:rsidRDefault="00000000">
      <w:pPr>
        <w:keepLines/>
        <w:spacing w:after="140" w:line="245" w:lineRule="auto"/>
        <w:ind w:left="317" w:hanging="317"/>
      </w:pPr>
      <w:r>
        <w:rPr>
          <w:color w:val="000000"/>
          <w:sz w:val="18"/>
        </w:rPr>
        <w:t>Type: cruiser;  Length overall: 62';  Owner: Winslow Jones;  Builder: Blanchard Boat Co</w:t>
      </w:r>
      <w:r>
        <w:br/>
      </w:r>
      <w:r>
        <w:rPr>
          <w:color w:val="000000"/>
        </w:rPr>
        <w:t>“62-footer by William Garden.” Yachting, May 1958, pp. 90.</w:t>
      </w:r>
    </w:p>
    <w:p w14:paraId="41913964" w14:textId="77777777" w:rsidR="008B157E" w:rsidRDefault="00000000">
      <w:pPr>
        <w:keepNext/>
        <w:spacing w:before="160"/>
      </w:pPr>
      <w:r>
        <w:rPr>
          <w:b/>
          <w:color w:val="1F4E78"/>
          <w:sz w:val="26"/>
        </w:rPr>
        <w:t>A</w:t>
      </w:r>
    </w:p>
    <w:p w14:paraId="7B539175" w14:textId="77777777" w:rsidR="008B157E" w:rsidRDefault="00000000">
      <w:pPr>
        <w:keepLines/>
        <w:spacing w:after="140" w:line="245" w:lineRule="auto"/>
        <w:ind w:left="317" w:hanging="317"/>
      </w:pPr>
      <w:r>
        <w:rPr>
          <w:color w:val="000000"/>
          <w:sz w:val="18"/>
        </w:rPr>
        <w:t>Type: seiner;  Length overall: 57';  Owner: Ira Booth</w:t>
      </w:r>
      <w:r>
        <w:br/>
      </w:r>
      <w:r>
        <w:rPr>
          <w:color w:val="000000"/>
        </w:rPr>
        <w:t>“Alaska seiner designed by William Gaden.” 100 Yacht &amp; Vessel Designs, pp. 67.</w:t>
      </w:r>
    </w:p>
    <w:p w14:paraId="5000376E" w14:textId="77777777" w:rsidR="008B157E" w:rsidRDefault="00000000">
      <w:pPr>
        <w:keepLines/>
        <w:spacing w:after="140" w:line="245" w:lineRule="auto"/>
        <w:ind w:left="317" w:hanging="317"/>
      </w:pPr>
      <w:r>
        <w:rPr>
          <w:color w:val="000000"/>
          <w:sz w:val="18"/>
        </w:rPr>
        <w:t>Type: brigantine;  Length overall: 106';  Garden design: 401 A;  SP Coll. 096 catalog: 96.32</w:t>
      </w:r>
      <w:r>
        <w:br/>
      </w:r>
      <w:r>
        <w:rPr>
          <w:color w:val="000000"/>
        </w:rPr>
        <w:t>“Auxiliary brigantine.” 100 Yacht &amp; Vessel Designs, pp. 57.</w:t>
      </w:r>
    </w:p>
    <w:p w14:paraId="335B4F9A" w14:textId="77777777" w:rsidR="008B157E" w:rsidRDefault="00000000">
      <w:pPr>
        <w:keepLines/>
        <w:spacing w:after="140" w:line="245" w:lineRule="auto"/>
        <w:ind w:left="317" w:hanging="317"/>
      </w:pPr>
      <w:r>
        <w:rPr>
          <w:color w:val="000000"/>
          <w:sz w:val="18"/>
        </w:rPr>
        <w:t>Type: aux yawl;  Length overall: 36';  Owner: Jess Tiffany</w:t>
      </w:r>
      <w:r>
        <w:br/>
      </w:r>
      <w:r>
        <w:rPr>
          <w:color w:val="000000"/>
        </w:rPr>
        <w:t>“Auxiliary for year 'round.” Yachting, Jun 1948, pp. 84.</w:t>
      </w:r>
    </w:p>
    <w:p w14:paraId="51099C37" w14:textId="77777777" w:rsidR="008B157E" w:rsidRDefault="00000000">
      <w:pPr>
        <w:keepNext/>
        <w:spacing w:before="160"/>
      </w:pPr>
      <w:r>
        <w:rPr>
          <w:b/>
          <w:color w:val="1F4E78"/>
          <w:sz w:val="26"/>
        </w:rPr>
        <w:t>B</w:t>
      </w:r>
    </w:p>
    <w:p w14:paraId="78BAB894" w14:textId="77777777" w:rsidR="008B157E" w:rsidRDefault="00000000">
      <w:pPr>
        <w:keepLines/>
        <w:spacing w:after="140" w:line="245" w:lineRule="auto"/>
        <w:ind w:left="317" w:hanging="317"/>
      </w:pPr>
      <w:r>
        <w:rPr>
          <w:color w:val="000000"/>
          <w:sz w:val="18"/>
        </w:rPr>
        <w:t>Type: cruiser;  Length overall: 22' 7";  Owner: Clarke Morgan;  Garden design: 179</w:t>
      </w:r>
      <w:r>
        <w:br/>
      </w:r>
      <w:r>
        <w:rPr>
          <w:color w:val="000000"/>
        </w:rPr>
        <w:t>“Beaching cruiser by Garden.” Rudder, Jul 1949, pp. 37.</w:t>
      </w:r>
    </w:p>
    <w:p w14:paraId="2E47F45C" w14:textId="77777777" w:rsidR="008B157E" w:rsidRDefault="00000000">
      <w:pPr>
        <w:keepLines/>
        <w:spacing w:after="140" w:line="245" w:lineRule="auto"/>
        <w:ind w:left="317" w:hanging="317"/>
      </w:pPr>
      <w:r>
        <w:rPr>
          <w:color w:val="000000"/>
          <w:sz w:val="18"/>
        </w:rPr>
        <w:t>Type: sloop;  Length overall: 33' 3";  Owner: E. Osterhaug;  Builder: Blanchard Boat Co.;  Garden design: 98;  SP Coll. 096 catalog: 96.46</w:t>
      </w:r>
      <w:r>
        <w:br/>
      </w:r>
      <w:r>
        <w:rPr>
          <w:color w:val="000000"/>
        </w:rPr>
        <w:t>“Blanchard 33, a new O-D class.” Yachting, Apr 1949, pp. 70.</w:t>
      </w:r>
    </w:p>
    <w:p w14:paraId="19764B29" w14:textId="77777777" w:rsidR="008B157E" w:rsidRDefault="00000000">
      <w:pPr>
        <w:keepNext/>
        <w:spacing w:before="160"/>
      </w:pPr>
      <w:r>
        <w:rPr>
          <w:b/>
          <w:color w:val="1F4E78"/>
          <w:sz w:val="26"/>
        </w:rPr>
        <w:t>C</w:t>
      </w:r>
    </w:p>
    <w:p w14:paraId="6A2E2049" w14:textId="77777777" w:rsidR="008B157E" w:rsidRDefault="00000000">
      <w:pPr>
        <w:keepLines/>
        <w:spacing w:after="140" w:line="245" w:lineRule="auto"/>
        <w:ind w:left="317" w:hanging="317"/>
      </w:pPr>
      <w:r>
        <w:rPr>
          <w:color w:val="000000"/>
          <w:sz w:val="18"/>
        </w:rPr>
        <w:t>Type: Coastal patrol;  Length overall: 75';  Garden design: 194</w:t>
      </w:r>
      <w:r>
        <w:br/>
      </w:r>
      <w:r>
        <w:rPr>
          <w:color w:val="000000"/>
        </w:rPr>
        <w:t>“Coast patrol vessel by Garden.” Rudder, Jan 1950, pp. 68.</w:t>
      </w:r>
    </w:p>
    <w:p w14:paraId="069979CC" w14:textId="77777777" w:rsidR="008B157E" w:rsidRDefault="00000000">
      <w:pPr>
        <w:keepLines/>
        <w:spacing w:after="140" w:line="245" w:lineRule="auto"/>
        <w:ind w:left="317" w:hanging="317"/>
      </w:pPr>
      <w:r>
        <w:rPr>
          <w:color w:val="000000"/>
          <w:sz w:val="18"/>
        </w:rPr>
        <w:t>Type: sloop;  Length overall: 39';  Owner: Rubert Broom</w:t>
      </w:r>
      <w:r>
        <w:br/>
      </w:r>
      <w:r>
        <w:rPr>
          <w:color w:val="000000"/>
        </w:rPr>
        <w:t>“Commuter sloop.” Rudder, May 1951, pp. 33.</w:t>
      </w:r>
    </w:p>
    <w:p w14:paraId="48E24274" w14:textId="77777777" w:rsidR="008B157E" w:rsidRDefault="00000000">
      <w:pPr>
        <w:keepLines/>
        <w:spacing w:after="140" w:line="245" w:lineRule="auto"/>
        <w:ind w:left="317" w:hanging="317"/>
      </w:pPr>
      <w:r>
        <w:rPr>
          <w:color w:val="000000"/>
          <w:sz w:val="18"/>
        </w:rPr>
        <w:t>Type: ketch;  Length overall: 36';  Owner: J. A. West-Lau</w:t>
      </w:r>
      <w:r>
        <w:br/>
      </w:r>
      <w:r>
        <w:rPr>
          <w:color w:val="000000"/>
        </w:rPr>
        <w:t>“Cruising ketch.” Rudder, Oct 1952, pp. 40.</w:t>
      </w:r>
    </w:p>
    <w:p w14:paraId="2B1C3096" w14:textId="77777777" w:rsidR="008B157E" w:rsidRDefault="00000000">
      <w:pPr>
        <w:keepNext/>
        <w:spacing w:before="160"/>
      </w:pPr>
      <w:r>
        <w:rPr>
          <w:b/>
          <w:color w:val="1F4E78"/>
          <w:sz w:val="26"/>
        </w:rPr>
        <w:t>D</w:t>
      </w:r>
    </w:p>
    <w:p w14:paraId="7380B92A" w14:textId="77777777" w:rsidR="008B157E" w:rsidRDefault="00000000">
      <w:pPr>
        <w:keepLines/>
        <w:spacing w:after="140" w:line="245" w:lineRule="auto"/>
        <w:ind w:left="317" w:hanging="317"/>
      </w:pPr>
      <w:r>
        <w:rPr>
          <w:color w:val="000000"/>
          <w:sz w:val="18"/>
        </w:rPr>
        <w:t>Type: cruiser;  Length overall: 55';  Owner: Lee Chambers;  Garden design: 250;  SP Coll. 096 catalog: 96.157</w:t>
      </w:r>
      <w:r>
        <w:br/>
      </w:r>
      <w:r>
        <w:rPr>
          <w:color w:val="000000"/>
        </w:rPr>
        <w:t>“Diesel cruiser.” Rudder, Sep 1952, pp. 41.</w:t>
      </w:r>
    </w:p>
    <w:p w14:paraId="2C4C75D2" w14:textId="77777777" w:rsidR="008B157E" w:rsidRDefault="00000000">
      <w:pPr>
        <w:keepLines/>
        <w:spacing w:after="140" w:line="245" w:lineRule="auto"/>
        <w:ind w:left="317" w:hanging="317"/>
      </w:pPr>
      <w:r>
        <w:rPr>
          <w:color w:val="000000"/>
          <w:sz w:val="18"/>
        </w:rPr>
        <w:t>Type: cruiser;  Length overall: 70';  Owner: G. A. Mitchell;  Garden design: 196</w:t>
      </w:r>
      <w:r>
        <w:br/>
      </w:r>
      <w:r>
        <w:rPr>
          <w:color w:val="000000"/>
        </w:rPr>
        <w:t>“Diesel cruising yacht.” Rudder, Oct 1951, pp. 38-9.</w:t>
      </w:r>
    </w:p>
    <w:p w14:paraId="0C50D2FB" w14:textId="77777777" w:rsidR="008B157E" w:rsidRDefault="00000000">
      <w:pPr>
        <w:keepLines/>
        <w:spacing w:after="140" w:line="245" w:lineRule="auto"/>
        <w:ind w:left="317" w:hanging="317"/>
      </w:pPr>
      <w:r>
        <w:rPr>
          <w:color w:val="000000"/>
          <w:sz w:val="18"/>
        </w:rPr>
        <w:t>Type: cruiser;  Length overall: 50' 4"</w:t>
      </w:r>
      <w:r>
        <w:br/>
      </w:r>
      <w:r>
        <w:rPr>
          <w:color w:val="000000"/>
        </w:rPr>
        <w:t>“Diesel houseboat.” Rudder, Dec 1952, pp. 38.</w:t>
      </w:r>
    </w:p>
    <w:p w14:paraId="13BAAAEC" w14:textId="77777777" w:rsidR="008B157E" w:rsidRDefault="00000000">
      <w:pPr>
        <w:keepLines/>
        <w:spacing w:after="140" w:line="245" w:lineRule="auto"/>
        <w:ind w:left="317" w:hanging="317"/>
      </w:pPr>
      <w:r>
        <w:rPr>
          <w:color w:val="000000"/>
          <w:sz w:val="18"/>
        </w:rPr>
        <w:t>Type: ketch;  Length overall: 58' 6";  Owner: G. A. Mitchell;  Garden design: 224</w:t>
      </w:r>
      <w:r>
        <w:br/>
      </w:r>
      <w:r>
        <w:rPr>
          <w:color w:val="000000"/>
        </w:rPr>
        <w:t>“Diesel ketch.” Rudder, Mar 1952, pp. 43.</w:t>
      </w:r>
    </w:p>
    <w:p w14:paraId="7B3BDB00" w14:textId="77777777" w:rsidR="008B157E" w:rsidRDefault="00000000">
      <w:pPr>
        <w:keepLines/>
        <w:spacing w:after="140" w:line="245" w:lineRule="auto"/>
        <w:ind w:left="317" w:hanging="317"/>
      </w:pPr>
      <w:r>
        <w:rPr>
          <w:color w:val="000000"/>
          <w:sz w:val="18"/>
        </w:rPr>
        <w:t>Type: tug;  Length overall: 70'</w:t>
      </w:r>
      <w:r>
        <w:br/>
      </w:r>
      <w:r>
        <w:rPr>
          <w:color w:val="000000"/>
        </w:rPr>
        <w:t>“Diesel tug.” Rudder, Apr 1953, pp. 43.</w:t>
      </w:r>
    </w:p>
    <w:p w14:paraId="424D82D7" w14:textId="77777777" w:rsidR="008B157E" w:rsidRDefault="00000000">
      <w:pPr>
        <w:keepLines/>
        <w:spacing w:after="140" w:line="245" w:lineRule="auto"/>
        <w:ind w:left="317" w:hanging="317"/>
      </w:pPr>
      <w:r>
        <w:rPr>
          <w:color w:val="000000"/>
          <w:sz w:val="18"/>
        </w:rPr>
        <w:lastRenderedPageBreak/>
        <w:t>Type: yacht;  Length overall: 52' 3";  Owner: Roberto Marvic</w:t>
      </w:r>
      <w:r>
        <w:br/>
      </w:r>
      <w:r>
        <w:rPr>
          <w:color w:val="000000"/>
        </w:rPr>
        <w:t>“Diesel yacht.” Rudder, May 1963, pp. 42.</w:t>
      </w:r>
    </w:p>
    <w:p w14:paraId="32A1450D" w14:textId="77777777" w:rsidR="008B157E" w:rsidRDefault="00000000">
      <w:pPr>
        <w:keepLines/>
        <w:spacing w:after="140" w:line="245" w:lineRule="auto"/>
        <w:ind w:left="317" w:hanging="317"/>
      </w:pPr>
      <w:r>
        <w:rPr>
          <w:color w:val="000000"/>
          <w:sz w:val="18"/>
        </w:rPr>
        <w:t>Type: diesel;  Length overall: 59';  Owner: Pacific Boatbuilding Co</w:t>
      </w:r>
      <w:r>
        <w:br/>
      </w:r>
      <w:r>
        <w:rPr>
          <w:color w:val="000000"/>
        </w:rPr>
        <w:t>“Diesel-powered 59'.” Yachting, Nov 1950, pp. 59.</w:t>
      </w:r>
    </w:p>
    <w:p w14:paraId="6FE2E07B" w14:textId="77777777" w:rsidR="008B157E" w:rsidRDefault="00000000">
      <w:pPr>
        <w:keepLines/>
        <w:spacing w:after="140" w:line="245" w:lineRule="auto"/>
        <w:ind w:left="317" w:hanging="317"/>
      </w:pPr>
      <w:r>
        <w:rPr>
          <w:color w:val="000000"/>
          <w:sz w:val="18"/>
        </w:rPr>
        <w:t>Type: cruiser;  Length overall: 43';  Owner: Royal B. Lesher</w:t>
      </w:r>
      <w:r>
        <w:br/>
      </w:r>
      <w:r>
        <w:rPr>
          <w:color w:val="000000"/>
        </w:rPr>
        <w:t>“Double cabin cruiser by Garden.” Rudder, Jan 1952, pp. 38-9.</w:t>
      </w:r>
    </w:p>
    <w:p w14:paraId="6DCAC9F0" w14:textId="77777777" w:rsidR="008B157E" w:rsidRDefault="00000000">
      <w:pPr>
        <w:keepLines/>
        <w:spacing w:after="140" w:line="245" w:lineRule="auto"/>
        <w:ind w:left="317" w:hanging="317"/>
      </w:pPr>
      <w:r>
        <w:rPr>
          <w:color w:val="000000"/>
          <w:sz w:val="18"/>
        </w:rPr>
        <w:t>Type: cruiser;  Length overall: 40' 6";  Garden design: 266;  SP Coll. 096 catalog: 96.177</w:t>
      </w:r>
      <w:r>
        <w:br/>
      </w:r>
      <w:r>
        <w:rPr>
          <w:color w:val="000000"/>
        </w:rPr>
        <w:t>“Double ended cruiser.” Rudder, May 1953, pp. 33.</w:t>
      </w:r>
    </w:p>
    <w:p w14:paraId="17B1F4C0" w14:textId="77777777" w:rsidR="008B157E" w:rsidRDefault="00000000">
      <w:pPr>
        <w:keepLines/>
        <w:spacing w:after="140" w:line="245" w:lineRule="auto"/>
        <w:ind w:left="317" w:hanging="317"/>
      </w:pPr>
      <w:r>
        <w:rPr>
          <w:color w:val="000000"/>
          <w:sz w:val="18"/>
        </w:rPr>
        <w:t>Type: ketch;  Length overall: 36';  Builder: Joe Trumbly</w:t>
      </w:r>
      <w:r>
        <w:br/>
      </w:r>
      <w:r>
        <w:rPr>
          <w:color w:val="000000"/>
        </w:rPr>
        <w:t>“Double ended ketch.” Rudder, Jan 1952, pp. 36-7.</w:t>
      </w:r>
    </w:p>
    <w:p w14:paraId="21072745" w14:textId="77777777" w:rsidR="008B157E" w:rsidRDefault="00000000">
      <w:pPr>
        <w:keepNext/>
        <w:spacing w:before="160"/>
      </w:pPr>
      <w:r>
        <w:rPr>
          <w:b/>
          <w:color w:val="1F4E78"/>
          <w:sz w:val="26"/>
        </w:rPr>
        <w:t>E</w:t>
      </w:r>
    </w:p>
    <w:p w14:paraId="2A7A3A6A" w14:textId="77777777" w:rsidR="008B157E" w:rsidRDefault="00000000">
      <w:pPr>
        <w:keepLines/>
        <w:spacing w:after="140" w:line="245" w:lineRule="auto"/>
        <w:ind w:left="317" w:hanging="317"/>
      </w:pPr>
      <w:r>
        <w:rPr>
          <w:color w:val="000000"/>
          <w:sz w:val="18"/>
        </w:rPr>
        <w:t>Type: cruiser;  Length overall: 39' 11.5";  Owner: Donald Erickson;  Builder: Monson Bros.;  Garden design: 203;  SP Coll. 096 catalog: 96.118</w:t>
      </w:r>
      <w:r>
        <w:br/>
      </w:r>
      <w:r>
        <w:rPr>
          <w:color w:val="000000"/>
        </w:rPr>
        <w:t>“Express cruiser by Garden.” Rudder, Feb 1950, pp. 40-1.</w:t>
      </w:r>
    </w:p>
    <w:p w14:paraId="2E1FBEC3" w14:textId="77777777" w:rsidR="008B157E" w:rsidRDefault="00000000">
      <w:pPr>
        <w:keepNext/>
        <w:spacing w:before="160"/>
      </w:pPr>
      <w:r>
        <w:rPr>
          <w:b/>
          <w:color w:val="1F4E78"/>
          <w:sz w:val="26"/>
        </w:rPr>
        <w:t>F</w:t>
      </w:r>
    </w:p>
    <w:p w14:paraId="12E618E8" w14:textId="77777777" w:rsidR="008B157E" w:rsidRDefault="00000000">
      <w:pPr>
        <w:keepLines/>
        <w:spacing w:after="140" w:line="245" w:lineRule="auto"/>
        <w:ind w:left="317" w:hanging="317"/>
      </w:pPr>
      <w:r>
        <w:rPr>
          <w:color w:val="000000"/>
          <w:sz w:val="18"/>
        </w:rPr>
        <w:t>Type: gillnet/troller;  Length overall: 36'</w:t>
      </w:r>
      <w:r>
        <w:br/>
      </w:r>
      <w:r>
        <w:rPr>
          <w:color w:val="000000"/>
        </w:rPr>
        <w:t>“Fishing boat.” Rudder, Nov 1951, pp. 38-9.</w:t>
      </w:r>
    </w:p>
    <w:p w14:paraId="20563C7F" w14:textId="77777777" w:rsidR="008B157E" w:rsidRDefault="00000000">
      <w:pPr>
        <w:keepLines/>
        <w:spacing w:after="140" w:line="245" w:lineRule="auto"/>
        <w:ind w:left="317" w:hanging="317"/>
      </w:pPr>
      <w:r>
        <w:rPr>
          <w:color w:val="000000"/>
          <w:sz w:val="18"/>
        </w:rPr>
        <w:t>Type: aux ketch;  Length overall: 38';  Owner: John Wells</w:t>
      </w:r>
      <w:r>
        <w:br/>
      </w:r>
      <w:r>
        <w:rPr>
          <w:color w:val="000000"/>
        </w:rPr>
        <w:t>“Fishing ketch.” Rudder, Nov 1951, pp. 38-9.</w:t>
      </w:r>
    </w:p>
    <w:p w14:paraId="275BA12A" w14:textId="77777777" w:rsidR="008B157E" w:rsidRDefault="00000000">
      <w:pPr>
        <w:keepNext/>
        <w:spacing w:before="160"/>
      </w:pPr>
      <w:r>
        <w:rPr>
          <w:b/>
          <w:color w:val="1F4E78"/>
          <w:sz w:val="26"/>
        </w:rPr>
        <w:t>G</w:t>
      </w:r>
    </w:p>
    <w:p w14:paraId="0142979C" w14:textId="77777777" w:rsidR="008B157E" w:rsidRDefault="00000000">
      <w:pPr>
        <w:keepLines/>
        <w:spacing w:after="140" w:line="245" w:lineRule="auto"/>
        <w:ind w:left="317" w:hanging="317"/>
      </w:pPr>
      <w:r>
        <w:rPr>
          <w:color w:val="000000"/>
          <w:sz w:val="18"/>
        </w:rPr>
        <w:t>Type: cruiser;  Length overall: 34';  Owner: Wesley Geiter;  Garden design: 265;  SP Coll. 096 catalog: 96.176</w:t>
      </w:r>
      <w:r>
        <w:br/>
      </w:r>
      <w:r>
        <w:rPr>
          <w:color w:val="000000"/>
        </w:rPr>
        <w:t>“Garden cruiser.” Rudder, Jul 1953, pp. 33.</w:t>
      </w:r>
    </w:p>
    <w:p w14:paraId="72BEFCDB" w14:textId="77777777" w:rsidR="008B157E" w:rsidRDefault="00000000">
      <w:pPr>
        <w:keepLines/>
        <w:spacing w:after="140" w:line="245" w:lineRule="auto"/>
        <w:ind w:left="317" w:hanging="317"/>
      </w:pPr>
      <w:r>
        <w:rPr>
          <w:color w:val="000000"/>
          <w:sz w:val="18"/>
        </w:rPr>
        <w:t>Type: cruising runabout;  Length overall: 21';  Builder: Commerical Marine Constuction Co/Seattle;  Garden design: 200</w:t>
      </w:r>
      <w:r>
        <w:br/>
      </w:r>
      <w:r>
        <w:rPr>
          <w:color w:val="000000"/>
        </w:rPr>
        <w:t>“Garden cruiser.” Rudder, Jun 1949, pp. 39.</w:t>
      </w:r>
    </w:p>
    <w:p w14:paraId="23F75ED0" w14:textId="77777777" w:rsidR="008B157E" w:rsidRDefault="00000000">
      <w:pPr>
        <w:keepLines/>
        <w:spacing w:after="140" w:line="245" w:lineRule="auto"/>
        <w:ind w:left="317" w:hanging="317"/>
      </w:pPr>
      <w:r>
        <w:rPr>
          <w:color w:val="000000"/>
          <w:sz w:val="18"/>
        </w:rPr>
        <w:t>Type: cruiser;  Length overall: 42'</w:t>
      </w:r>
      <w:r>
        <w:br/>
      </w:r>
      <w:r>
        <w:rPr>
          <w:color w:val="000000"/>
        </w:rPr>
        <w:t>“Garden cruiser.” Rudder, Feb 1954, pp. 41.</w:t>
      </w:r>
    </w:p>
    <w:p w14:paraId="63FD1D50" w14:textId="0F8C993A" w:rsidR="008B157E" w:rsidRDefault="00000000">
      <w:pPr>
        <w:keepLines/>
        <w:spacing w:after="140" w:line="245" w:lineRule="auto"/>
        <w:ind w:left="317" w:hanging="317"/>
      </w:pPr>
      <w:r>
        <w:rPr>
          <w:color w:val="000000"/>
          <w:sz w:val="18"/>
        </w:rPr>
        <w:t>Type: cruiser;  Length overall: 52' 3";  Builder: Max Pearch/Sao Paulo/Brazil;  Garden design: 427;  SP Coll. 096 catalog: 96.344</w:t>
      </w:r>
      <w:r>
        <w:br/>
      </w:r>
      <w:r>
        <w:rPr>
          <w:color w:val="000000"/>
        </w:rPr>
        <w:t>“Garden design 427.” 100 Yacht &amp; Vessel Designs, pp. 22.</w:t>
      </w:r>
      <w:r>
        <w:rPr>
          <w:color w:val="9C5700"/>
          <w:sz w:val="18"/>
        </w:rPr>
        <w:br/>
        <w:t>Descriptive title supplied</w:t>
      </w:r>
    </w:p>
    <w:p w14:paraId="005A7868" w14:textId="77777777" w:rsidR="008B157E" w:rsidRDefault="00000000">
      <w:pPr>
        <w:keepLines/>
        <w:spacing w:after="140" w:line="245" w:lineRule="auto"/>
        <w:ind w:left="317" w:hanging="317"/>
      </w:pPr>
      <w:r>
        <w:rPr>
          <w:color w:val="000000"/>
          <w:sz w:val="18"/>
        </w:rPr>
        <w:t>Type: aux ketch;  Length overall: 51';  Owner: Richard Myhre;  Builder: Richard Myhre;  Garden design: 202;  SP Coll. 096 catalog: 96.117</w:t>
      </w:r>
      <w:r>
        <w:br/>
      </w:r>
      <w:r>
        <w:rPr>
          <w:color w:val="000000"/>
        </w:rPr>
        <w:t>“Garden ketch.” Rudder, Jun 1950, pp. 40.</w:t>
      </w:r>
    </w:p>
    <w:p w14:paraId="29C9E84D" w14:textId="77777777" w:rsidR="008B157E" w:rsidRDefault="00000000">
      <w:pPr>
        <w:keepLines/>
        <w:spacing w:after="140" w:line="245" w:lineRule="auto"/>
        <w:ind w:left="317" w:hanging="317"/>
      </w:pPr>
      <w:r>
        <w:rPr>
          <w:color w:val="000000"/>
          <w:sz w:val="18"/>
        </w:rPr>
        <w:t>Type: ketch;  Length overall: 60';  Owner: Dewey Gault;  Garden design: 175;  SP Coll. 096 catalog: 96.9</w:t>
      </w:r>
      <w:r>
        <w:br/>
      </w:r>
      <w:r>
        <w:rPr>
          <w:color w:val="000000"/>
        </w:rPr>
        <w:t>“Garden motor sailer.” Rudder, Nov 1952, pp. 46-7.</w:t>
      </w:r>
    </w:p>
    <w:p w14:paraId="41E1A67E" w14:textId="77777777" w:rsidR="008B157E" w:rsidRDefault="00000000">
      <w:pPr>
        <w:keepLines/>
        <w:spacing w:after="140" w:line="245" w:lineRule="auto"/>
        <w:ind w:left="317" w:hanging="317"/>
      </w:pPr>
      <w:r>
        <w:rPr>
          <w:color w:val="000000"/>
          <w:sz w:val="18"/>
        </w:rPr>
        <w:t>Type: pilot boat;  Length overall: 40';  Garden design: 198;  SP Coll. 096 catalog: 96.113</w:t>
      </w:r>
      <w:r>
        <w:br/>
      </w:r>
      <w:r>
        <w:rPr>
          <w:color w:val="000000"/>
        </w:rPr>
        <w:t>“Garden pilot boat.” Rudder, Dec 1949, pp. 37.</w:t>
      </w:r>
    </w:p>
    <w:p w14:paraId="08BD13CE" w14:textId="4823C104" w:rsidR="008B157E" w:rsidRDefault="00000000">
      <w:pPr>
        <w:keepLines/>
        <w:spacing w:after="140" w:line="245" w:lineRule="auto"/>
        <w:ind w:left="317" w:hanging="317"/>
      </w:pPr>
      <w:r>
        <w:rPr>
          <w:color w:val="000000"/>
          <w:sz w:val="18"/>
        </w:rPr>
        <w:t>Type: pilot boat;  Length overall: 36';  Garden design: 198;  SP Coll. 096 catalog: 96.113</w:t>
      </w:r>
      <w:r>
        <w:br/>
      </w:r>
      <w:r>
        <w:rPr>
          <w:color w:val="000000"/>
        </w:rPr>
        <w:t>“Garden pilot boat.” Rudder, pp. 34-5.</w:t>
      </w:r>
      <w:r>
        <w:rPr>
          <w:color w:val="9C5700"/>
          <w:sz w:val="18"/>
        </w:rPr>
        <w:br/>
      </w:r>
      <w:r w:rsidR="002E7DB8">
        <w:rPr>
          <w:color w:val="9C5700"/>
          <w:sz w:val="18"/>
        </w:rPr>
        <w:t>Possibly</w:t>
      </w:r>
      <w:r>
        <w:rPr>
          <w:color w:val="9C5700"/>
          <w:sz w:val="18"/>
        </w:rPr>
        <w:t xml:space="preserve"> vol. 63, no. 12; date not verified</w:t>
      </w:r>
    </w:p>
    <w:p w14:paraId="58AD8C1E" w14:textId="77777777" w:rsidR="008B157E" w:rsidRDefault="00000000">
      <w:pPr>
        <w:keepLines/>
        <w:spacing w:after="140" w:line="245" w:lineRule="auto"/>
        <w:ind w:left="317" w:hanging="317"/>
      </w:pPr>
      <w:r>
        <w:rPr>
          <w:color w:val="000000"/>
          <w:sz w:val="18"/>
        </w:rPr>
        <w:t>Type: schooner;  Length overall: 32';  Owner: Bob Anderson;  Garden design: 182;  SP Coll. 096 catalog: 96.97</w:t>
      </w:r>
      <w:r>
        <w:br/>
      </w:r>
      <w:r>
        <w:rPr>
          <w:color w:val="000000"/>
        </w:rPr>
        <w:t>“Garden schooner.” Rudder, Mar 1949, pp. 46.</w:t>
      </w:r>
    </w:p>
    <w:p w14:paraId="14E54347" w14:textId="77777777" w:rsidR="008B157E" w:rsidRDefault="00000000">
      <w:pPr>
        <w:keepLines/>
        <w:spacing w:after="140" w:line="245" w:lineRule="auto"/>
        <w:ind w:left="317" w:hanging="317"/>
      </w:pPr>
      <w:r>
        <w:rPr>
          <w:color w:val="000000"/>
          <w:sz w:val="18"/>
        </w:rPr>
        <w:t>Type: pinky schooner;  Length overall: 31' 9"</w:t>
      </w:r>
      <w:r>
        <w:br/>
      </w:r>
      <w:r>
        <w:rPr>
          <w:color w:val="000000"/>
        </w:rPr>
        <w:t>“Garden schooner.” Rudder, Mar 1949, pp. 46.</w:t>
      </w:r>
    </w:p>
    <w:p w14:paraId="3A52AF3E" w14:textId="77777777" w:rsidR="008B157E" w:rsidRDefault="00000000">
      <w:pPr>
        <w:keepLines/>
        <w:spacing w:after="140" w:line="245" w:lineRule="auto"/>
        <w:ind w:left="317" w:hanging="317"/>
      </w:pPr>
      <w:r>
        <w:rPr>
          <w:color w:val="000000"/>
          <w:sz w:val="18"/>
        </w:rPr>
        <w:t>Type: schooner;  Length overall: 34';  Owner: Kenneth McAlpin;  Garden design: 178</w:t>
      </w:r>
      <w:r>
        <w:br/>
      </w:r>
      <w:r>
        <w:rPr>
          <w:color w:val="000000"/>
        </w:rPr>
        <w:t>“Garden Schooner yacht.” Rudder, Sep 1950, pp. 36.</w:t>
      </w:r>
    </w:p>
    <w:p w14:paraId="1119BD0F" w14:textId="77777777" w:rsidR="008B157E" w:rsidRDefault="00000000">
      <w:pPr>
        <w:keepLines/>
        <w:spacing w:after="140" w:line="245" w:lineRule="auto"/>
        <w:ind w:left="317" w:hanging="317"/>
      </w:pPr>
      <w:r>
        <w:rPr>
          <w:color w:val="000000"/>
          <w:sz w:val="18"/>
        </w:rPr>
        <w:lastRenderedPageBreak/>
        <w:t>Type: sloop;  Length overall: 28';  Owner: Bryon Larsen</w:t>
      </w:r>
      <w:r>
        <w:br/>
      </w:r>
      <w:r>
        <w:rPr>
          <w:color w:val="000000"/>
        </w:rPr>
        <w:t>“Garden sloop.” Rudder, Dec 1950, pp. 44.</w:t>
      </w:r>
    </w:p>
    <w:p w14:paraId="2376B2A1" w14:textId="77777777" w:rsidR="008B157E" w:rsidRDefault="00000000">
      <w:pPr>
        <w:keepLines/>
        <w:spacing w:after="140" w:line="245" w:lineRule="auto"/>
        <w:ind w:left="317" w:hanging="317"/>
      </w:pPr>
      <w:r>
        <w:rPr>
          <w:color w:val="000000"/>
          <w:sz w:val="18"/>
        </w:rPr>
        <w:t>Type: yawl;  Length overall: 36'</w:t>
      </w:r>
      <w:r>
        <w:br/>
      </w:r>
      <w:r>
        <w:rPr>
          <w:color w:val="000000"/>
        </w:rPr>
        <w:t>“Garden yawl.” Rudder, Feb 1952, pp. 34-5.</w:t>
      </w:r>
    </w:p>
    <w:p w14:paraId="1BAF9D96" w14:textId="77777777" w:rsidR="008B157E" w:rsidRDefault="00000000">
      <w:pPr>
        <w:keepLines/>
        <w:spacing w:after="140" w:line="245" w:lineRule="auto"/>
        <w:ind w:left="317" w:hanging="317"/>
      </w:pPr>
      <w:r>
        <w:rPr>
          <w:color w:val="000000"/>
          <w:sz w:val="18"/>
        </w:rPr>
        <w:t>Type: day sailer</w:t>
      </w:r>
      <w:r>
        <w:br/>
      </w:r>
      <w:r>
        <w:rPr>
          <w:color w:val="000000"/>
        </w:rPr>
        <w:t>Garden, W. “Day Sailer, No. 3, Star boat conversions.” Yacht Designs II, pp. 93.</w:t>
      </w:r>
    </w:p>
    <w:p w14:paraId="3B3D47D4" w14:textId="77777777" w:rsidR="008B157E" w:rsidRDefault="00000000">
      <w:pPr>
        <w:keepLines/>
        <w:spacing w:after="140" w:line="245" w:lineRule="auto"/>
        <w:ind w:left="317" w:hanging="317"/>
      </w:pPr>
      <w:r>
        <w:rPr>
          <w:color w:val="000000"/>
          <w:sz w:val="18"/>
        </w:rPr>
        <w:t>Type: brigantine;  Garden design: 383;  SP Coll. 096 catalog: 96.303</w:t>
      </w:r>
      <w:r>
        <w:br/>
      </w:r>
      <w:r>
        <w:rPr>
          <w:color w:val="000000"/>
        </w:rPr>
        <w:t>Garden, W. “106' brigantine.” Yacht Designs II, pp. 44.</w:t>
      </w:r>
    </w:p>
    <w:p w14:paraId="38F95CAB" w14:textId="77777777" w:rsidR="008B157E" w:rsidRDefault="00000000">
      <w:pPr>
        <w:keepLines/>
        <w:spacing w:after="140" w:line="245" w:lineRule="auto"/>
        <w:ind w:left="317" w:hanging="317"/>
      </w:pPr>
      <w:r>
        <w:rPr>
          <w:color w:val="000000"/>
          <w:sz w:val="18"/>
        </w:rPr>
        <w:t>Type: motor yacht;  Length overall: 136';  Garden design: 704</w:t>
      </w:r>
      <w:r>
        <w:br/>
      </w:r>
      <w:r>
        <w:rPr>
          <w:color w:val="000000"/>
        </w:rPr>
        <w:t>Garden, W. “136' x 23' 6" motor yacht.” Yacht Designs II, pp. 182.</w:t>
      </w:r>
    </w:p>
    <w:p w14:paraId="5164DEFE" w14:textId="77777777" w:rsidR="008B157E" w:rsidRDefault="00000000">
      <w:pPr>
        <w:keepLines/>
        <w:spacing w:after="140" w:line="245" w:lineRule="auto"/>
        <w:ind w:left="317" w:hanging="317"/>
      </w:pPr>
      <w:r>
        <w:rPr>
          <w:color w:val="000000"/>
          <w:sz w:val="18"/>
        </w:rPr>
        <w:t>Type: motor yacht;  Length overall: 196';  Garden design: 673;  SP Coll. 096 catalog: 96.522</w:t>
      </w:r>
      <w:r>
        <w:br/>
      </w:r>
      <w:r>
        <w:rPr>
          <w:color w:val="000000"/>
        </w:rPr>
        <w:t>Garden, W. “196' motor yacht.” Yacht Designs II, pp. 186.</w:t>
      </w:r>
    </w:p>
    <w:p w14:paraId="25CB8C11" w14:textId="77777777" w:rsidR="008B157E" w:rsidRDefault="00000000">
      <w:pPr>
        <w:keepLines/>
        <w:spacing w:after="140" w:line="245" w:lineRule="auto"/>
        <w:ind w:left="317" w:hanging="317"/>
      </w:pPr>
      <w:r>
        <w:rPr>
          <w:color w:val="000000"/>
          <w:sz w:val="18"/>
        </w:rPr>
        <w:t>Type: motor yacht;  Length overall: 236';  Garden design: 671</w:t>
      </w:r>
      <w:r>
        <w:br/>
      </w:r>
      <w:r>
        <w:rPr>
          <w:color w:val="000000"/>
        </w:rPr>
        <w:t>Garden, W. “236' motor yacht.” Yacht Designs II, pp. 184.</w:t>
      </w:r>
    </w:p>
    <w:p w14:paraId="0CC94132" w14:textId="219FC1DE" w:rsidR="008B157E" w:rsidRDefault="00000000">
      <w:pPr>
        <w:keepLines/>
        <w:spacing w:after="140" w:line="245" w:lineRule="auto"/>
        <w:ind w:left="317" w:hanging="317"/>
      </w:pPr>
      <w:r>
        <w:rPr>
          <w:color w:val="000000"/>
          <w:sz w:val="18"/>
        </w:rPr>
        <w:t>Type: schooner;  Length overall: 27';  Garden design: 614</w:t>
      </w:r>
      <w:r>
        <w:br/>
      </w:r>
      <w:r>
        <w:rPr>
          <w:color w:val="000000"/>
        </w:rPr>
        <w:t>Garden, W. “27' W. L. schooner.” Yacht Designs II, pp. 32.</w:t>
      </w:r>
      <w:r>
        <w:rPr>
          <w:color w:val="9C5700"/>
          <w:sz w:val="18"/>
        </w:rPr>
        <w:br/>
      </w:r>
      <w:r w:rsidR="000D3AEC">
        <w:rPr>
          <w:color w:val="9C5700"/>
          <w:sz w:val="18"/>
        </w:rPr>
        <w:t>Plans not available</w:t>
      </w:r>
    </w:p>
    <w:p w14:paraId="1FD6C68D" w14:textId="77777777" w:rsidR="008B157E" w:rsidRDefault="00000000">
      <w:pPr>
        <w:keepLines/>
        <w:spacing w:after="140" w:line="245" w:lineRule="auto"/>
        <w:ind w:left="317" w:hanging="317"/>
      </w:pPr>
      <w:r>
        <w:rPr>
          <w:color w:val="000000"/>
          <w:sz w:val="18"/>
        </w:rPr>
        <w:t>Type: whale boat;  Length overall: 30' 6 ";  Garden design: 678</w:t>
      </w:r>
      <w:r>
        <w:br/>
      </w:r>
      <w:r>
        <w:rPr>
          <w:color w:val="000000"/>
        </w:rPr>
        <w:t>Garden, W. “30' 6" cruising whale boat.” Yacht Designs II, pp. 19.</w:t>
      </w:r>
    </w:p>
    <w:p w14:paraId="0D8BC938" w14:textId="77777777" w:rsidR="008B157E" w:rsidRDefault="00000000">
      <w:pPr>
        <w:keepLines/>
        <w:spacing w:after="140" w:line="245" w:lineRule="auto"/>
        <w:ind w:left="317" w:hanging="317"/>
      </w:pPr>
      <w:r>
        <w:rPr>
          <w:color w:val="000000"/>
          <w:sz w:val="18"/>
        </w:rPr>
        <w:t>Type: power dory;  Length overall: 30' 6";  Garden design: 655</w:t>
      </w:r>
      <w:r>
        <w:br/>
      </w:r>
      <w:r>
        <w:rPr>
          <w:color w:val="000000"/>
        </w:rPr>
        <w:t>Garden, W. “30' power dory.” Yacht Designs II, pp. 178.</w:t>
      </w:r>
    </w:p>
    <w:p w14:paraId="46B33373" w14:textId="77777777" w:rsidR="008B157E" w:rsidRDefault="00000000">
      <w:pPr>
        <w:keepLines/>
        <w:spacing w:after="140" w:line="245" w:lineRule="auto"/>
        <w:ind w:left="317" w:hanging="317"/>
      </w:pPr>
      <w:r>
        <w:rPr>
          <w:color w:val="000000"/>
          <w:sz w:val="18"/>
        </w:rPr>
        <w:t>Type: cutter;  Length overall: 32';  Garden design: 618;  SP Coll. 096 catalog: 96.502</w:t>
      </w:r>
      <w:r>
        <w:br/>
      </w:r>
      <w:r>
        <w:rPr>
          <w:color w:val="000000"/>
        </w:rPr>
        <w:t>Garden, W. “32' double-ended cutter.” Yacht Designs II, pp. 6.</w:t>
      </w:r>
    </w:p>
    <w:p w14:paraId="63C98EE7" w14:textId="77777777" w:rsidR="008B157E" w:rsidRDefault="00000000">
      <w:pPr>
        <w:keepLines/>
        <w:spacing w:after="140" w:line="245" w:lineRule="auto"/>
        <w:ind w:left="317" w:hanging="317"/>
      </w:pPr>
      <w:r>
        <w:rPr>
          <w:color w:val="000000"/>
          <w:sz w:val="18"/>
        </w:rPr>
        <w:t>Type: schooner;  Length overall: 36';  Owner: Bryon Burns</w:t>
      </w:r>
      <w:r>
        <w:br/>
      </w:r>
      <w:r>
        <w:rPr>
          <w:color w:val="000000"/>
        </w:rPr>
        <w:t>Garden, W. “36' fin keel schooner.” WoodenBoat, May/Jun 1982, pp. 114-5.</w:t>
      </w:r>
    </w:p>
    <w:p w14:paraId="467C22BD" w14:textId="77777777" w:rsidR="008B157E" w:rsidRDefault="00000000">
      <w:pPr>
        <w:keepLines/>
        <w:spacing w:after="140" w:line="245" w:lineRule="auto"/>
        <w:ind w:left="317" w:hanging="317"/>
      </w:pPr>
      <w:r>
        <w:rPr>
          <w:color w:val="000000"/>
          <w:sz w:val="18"/>
        </w:rPr>
        <w:t>Type: troller;  Length overall: 37'</w:t>
      </w:r>
      <w:r>
        <w:br/>
      </w:r>
      <w:r>
        <w:rPr>
          <w:color w:val="000000"/>
        </w:rPr>
        <w:t>Garden, W. “37' troller.” WoodenBoat, Mar/Apr 1981, pp. 128-9.</w:t>
      </w:r>
    </w:p>
    <w:p w14:paraId="234D78F0" w14:textId="77777777" w:rsidR="008B157E" w:rsidRDefault="00000000">
      <w:pPr>
        <w:keepLines/>
        <w:spacing w:after="140" w:line="245" w:lineRule="auto"/>
        <w:ind w:left="317" w:hanging="317"/>
      </w:pPr>
      <w:r>
        <w:rPr>
          <w:color w:val="000000"/>
          <w:sz w:val="18"/>
        </w:rPr>
        <w:t>Type: power dory;  Length overall: 88';  Garden design: 695-R</w:t>
      </w:r>
      <w:r>
        <w:br/>
      </w:r>
      <w:r>
        <w:rPr>
          <w:color w:val="000000"/>
        </w:rPr>
        <w:t>Garden, W. “88' power dory.” Yacht Designs II, pp. 179.</w:t>
      </w:r>
    </w:p>
    <w:p w14:paraId="6E256594" w14:textId="77777777" w:rsidR="008B157E" w:rsidRDefault="00000000">
      <w:pPr>
        <w:keepLines/>
        <w:spacing w:after="140" w:line="245" w:lineRule="auto"/>
        <w:ind w:left="317" w:hanging="317"/>
      </w:pPr>
      <w:r>
        <w:rPr>
          <w:color w:val="000000"/>
          <w:sz w:val="18"/>
        </w:rPr>
        <w:t>Type: cutter;  Length overall: 39';  Garden design: 615</w:t>
      </w:r>
      <w:r>
        <w:br/>
      </w:r>
      <w:r>
        <w:rPr>
          <w:color w:val="000000"/>
        </w:rPr>
        <w:t>Garden, W. “Bilge board cutter.” Yacht Designs: Rev, pp. 124.</w:t>
      </w:r>
    </w:p>
    <w:p w14:paraId="2BB6C92A" w14:textId="77777777" w:rsidR="008B157E" w:rsidRDefault="00000000">
      <w:pPr>
        <w:keepLines/>
        <w:spacing w:after="140" w:line="245" w:lineRule="auto"/>
        <w:ind w:left="317" w:hanging="317"/>
      </w:pPr>
      <w:r>
        <w:rPr>
          <w:color w:val="000000"/>
          <w:sz w:val="18"/>
        </w:rPr>
        <w:t>Type: pulling boat;  Length overall: 17'</w:t>
      </w:r>
      <w:r>
        <w:br/>
      </w:r>
      <w:r>
        <w:rPr>
          <w:color w:val="000000"/>
        </w:rPr>
        <w:t>Garden, W. “Blister boat.” Yacht Designs: Rev, pp. 16.</w:t>
      </w:r>
    </w:p>
    <w:p w14:paraId="1E502767" w14:textId="77777777" w:rsidR="008B157E" w:rsidRDefault="00000000">
      <w:pPr>
        <w:keepLines/>
        <w:spacing w:after="140" w:line="245" w:lineRule="auto"/>
        <w:ind w:left="317" w:hanging="317"/>
      </w:pPr>
      <w:r>
        <w:rPr>
          <w:color w:val="000000"/>
          <w:sz w:val="18"/>
        </w:rPr>
        <w:t>Type: brigantine;  Length overall: 106';  Garden design: 401;  SP Coll. 096 catalog: 96.32</w:t>
      </w:r>
      <w:r>
        <w:br/>
      </w:r>
      <w:r>
        <w:rPr>
          <w:color w:val="000000"/>
        </w:rPr>
        <w:t>Garden, W. “Brigantine (106').” Yacht Designs II, pp. 44.</w:t>
      </w:r>
    </w:p>
    <w:p w14:paraId="0404576A" w14:textId="77777777" w:rsidR="008B157E" w:rsidRDefault="00000000">
      <w:pPr>
        <w:keepLines/>
        <w:spacing w:after="140" w:line="245" w:lineRule="auto"/>
        <w:ind w:left="317" w:hanging="317"/>
      </w:pPr>
      <w:r>
        <w:rPr>
          <w:color w:val="000000"/>
          <w:sz w:val="18"/>
        </w:rPr>
        <w:t>Type: brigantine;  Length overall: 75';  Garden design: 383;  SP Coll. 096 catalog: 96.303</w:t>
      </w:r>
      <w:r>
        <w:br/>
      </w:r>
      <w:r>
        <w:rPr>
          <w:color w:val="000000"/>
        </w:rPr>
        <w:t>Garden, W. “Brigantine (70').” Yacht Designs II, pp. 44.</w:t>
      </w:r>
    </w:p>
    <w:p w14:paraId="359A2B71" w14:textId="77777777" w:rsidR="008B157E" w:rsidRDefault="00000000">
      <w:pPr>
        <w:keepLines/>
        <w:spacing w:after="140" w:line="245" w:lineRule="auto"/>
        <w:ind w:left="317" w:hanging="317"/>
      </w:pPr>
      <w:r>
        <w:rPr>
          <w:color w:val="000000"/>
          <w:sz w:val="18"/>
        </w:rPr>
        <w:t>Type: tender;  Length overall: 34';  Garden design: 669;  SP Coll. 096 catalog: 96.518</w:t>
      </w:r>
      <w:r>
        <w:br/>
      </w:r>
      <w:r>
        <w:rPr>
          <w:color w:val="000000"/>
        </w:rPr>
        <w:t>Garden, W. “Camp tender.” Yacht Designs: Rev, pp. 228.</w:t>
      </w:r>
    </w:p>
    <w:p w14:paraId="76814EC9" w14:textId="77777777" w:rsidR="008B157E" w:rsidRDefault="00000000">
      <w:pPr>
        <w:keepLines/>
        <w:spacing w:after="140" w:line="245" w:lineRule="auto"/>
        <w:ind w:left="317" w:hanging="317"/>
      </w:pPr>
      <w:r>
        <w:rPr>
          <w:color w:val="000000"/>
          <w:sz w:val="18"/>
        </w:rPr>
        <w:t>Type: ketch;  Length overall: 24' 6";  Garden design: 683;  SP Coll. 096 catalog: 96.531</w:t>
      </w:r>
      <w:r>
        <w:br/>
      </w:r>
      <w:r>
        <w:rPr>
          <w:color w:val="000000"/>
        </w:rPr>
        <w:t>Garden, W. “Canoe ketch.” Yacht Designs II, pp. 40.</w:t>
      </w:r>
    </w:p>
    <w:p w14:paraId="59B872D3" w14:textId="77777777" w:rsidR="008B157E" w:rsidRDefault="00000000">
      <w:pPr>
        <w:keepLines/>
        <w:spacing w:after="140" w:line="245" w:lineRule="auto"/>
        <w:ind w:left="317" w:hanging="317"/>
      </w:pPr>
      <w:r>
        <w:rPr>
          <w:color w:val="000000"/>
          <w:sz w:val="18"/>
        </w:rPr>
        <w:t>Type: yawl;  Length overall: 23' 7"</w:t>
      </w:r>
      <w:r>
        <w:br/>
      </w:r>
      <w:r>
        <w:rPr>
          <w:color w:val="000000"/>
        </w:rPr>
        <w:t>Garden, W. “Canoe yawl.” Yacht Designs: Rev, pp. 46.</w:t>
      </w:r>
    </w:p>
    <w:p w14:paraId="1419E198" w14:textId="250FF7D5" w:rsidR="008B157E" w:rsidRDefault="00000000">
      <w:pPr>
        <w:keepLines/>
        <w:spacing w:after="140" w:line="245" w:lineRule="auto"/>
        <w:ind w:left="317" w:hanging="317"/>
      </w:pPr>
      <w:r>
        <w:rPr>
          <w:color w:val="000000"/>
          <w:sz w:val="18"/>
        </w:rPr>
        <w:t>Type: schooner;  Length overall: 28';  Garden design: 584</w:t>
      </w:r>
      <w:r>
        <w:br/>
      </w:r>
      <w:r>
        <w:rPr>
          <w:color w:val="000000"/>
        </w:rPr>
        <w:t>Garden, W. “Coasting schooner.” Yacht Designs, 1977, pp. 40.</w:t>
      </w:r>
      <w:r>
        <w:rPr>
          <w:color w:val="9C5700"/>
          <w:sz w:val="18"/>
        </w:rPr>
        <w:br/>
      </w:r>
      <w:r w:rsidR="000D3AEC">
        <w:rPr>
          <w:color w:val="9C5700"/>
          <w:sz w:val="18"/>
        </w:rPr>
        <w:t>Plans not available</w:t>
      </w:r>
    </w:p>
    <w:p w14:paraId="3FF04EFF" w14:textId="49474F5D" w:rsidR="008B157E" w:rsidRDefault="00000000">
      <w:pPr>
        <w:keepLines/>
        <w:spacing w:after="140" w:line="245" w:lineRule="auto"/>
        <w:ind w:left="317" w:hanging="317"/>
      </w:pPr>
      <w:r>
        <w:rPr>
          <w:color w:val="000000"/>
          <w:sz w:val="18"/>
        </w:rPr>
        <w:lastRenderedPageBreak/>
        <w:t>Type: schooner;  Length overall: 28';  Garden design: 584</w:t>
      </w:r>
      <w:r>
        <w:br/>
      </w:r>
      <w:r>
        <w:rPr>
          <w:color w:val="000000"/>
        </w:rPr>
        <w:t>Garden, W. “Coasting schooner.” Yacht Designs: Rev, pp. 62.</w:t>
      </w:r>
      <w:r>
        <w:rPr>
          <w:color w:val="9C5700"/>
          <w:sz w:val="18"/>
        </w:rPr>
        <w:br/>
      </w:r>
      <w:r w:rsidR="000D3AEC">
        <w:rPr>
          <w:color w:val="9C5700"/>
          <w:sz w:val="18"/>
        </w:rPr>
        <w:t>Plans not available</w:t>
      </w:r>
    </w:p>
    <w:p w14:paraId="0113711F" w14:textId="77777777" w:rsidR="008B157E" w:rsidRDefault="00000000">
      <w:pPr>
        <w:keepLines/>
        <w:spacing w:after="140" w:line="245" w:lineRule="auto"/>
        <w:ind w:left="317" w:hanging="317"/>
      </w:pPr>
      <w:r>
        <w:rPr>
          <w:color w:val="000000"/>
          <w:sz w:val="18"/>
        </w:rPr>
        <w:t>Type: dinghy;  Length overall: 14';  Garden design: 674;  SP Coll. 096 catalog: 96.568</w:t>
      </w:r>
      <w:r>
        <w:br/>
      </w:r>
      <w:r>
        <w:rPr>
          <w:color w:val="000000"/>
        </w:rPr>
        <w:t>Garden, W. “Commodore Trunion Class Dinghy.” Yacht Designs II, pp. 36.</w:t>
      </w:r>
    </w:p>
    <w:p w14:paraId="61E755A0" w14:textId="77777777" w:rsidR="008B157E" w:rsidRDefault="00000000">
      <w:pPr>
        <w:keepLines/>
        <w:spacing w:after="140" w:line="245" w:lineRule="auto"/>
        <w:ind w:left="317" w:hanging="317"/>
      </w:pPr>
      <w:r>
        <w:rPr>
          <w:color w:val="000000"/>
          <w:sz w:val="18"/>
        </w:rPr>
        <w:t>Type: day sailer;  Length overall: 24' 6"</w:t>
      </w:r>
      <w:r>
        <w:br/>
      </w:r>
      <w:r>
        <w:rPr>
          <w:color w:val="000000"/>
        </w:rPr>
        <w:t>Garden, W. “Day Sailer.” Yacht Designs II, pp. 90.</w:t>
      </w:r>
    </w:p>
    <w:p w14:paraId="02CCD124" w14:textId="77777777" w:rsidR="008B157E" w:rsidRDefault="00000000">
      <w:pPr>
        <w:keepLines/>
        <w:spacing w:after="140" w:line="245" w:lineRule="auto"/>
        <w:ind w:left="317" w:hanging="317"/>
      </w:pPr>
      <w:r>
        <w:rPr>
          <w:color w:val="000000"/>
          <w:sz w:val="18"/>
        </w:rPr>
        <w:t>Type: cruiser;  Length overall: 58' 6";  Owner: Bill Trenholme;  Builder: Bill Trenholme</w:t>
      </w:r>
      <w:r>
        <w:br/>
      </w:r>
      <w:r>
        <w:rPr>
          <w:color w:val="000000"/>
        </w:rPr>
        <w:t>Garden, W. “Diesel cruiser.” WoodenBoat, Jan/Feb 1977, pp. 59-62.</w:t>
      </w:r>
    </w:p>
    <w:p w14:paraId="0680143E" w14:textId="77777777" w:rsidR="008B157E" w:rsidRDefault="00000000">
      <w:pPr>
        <w:keepLines/>
        <w:spacing w:after="140" w:line="245" w:lineRule="auto"/>
        <w:ind w:left="317" w:hanging="317"/>
      </w:pPr>
      <w:r>
        <w:rPr>
          <w:color w:val="000000"/>
          <w:sz w:val="18"/>
        </w:rPr>
        <w:t>Type: cruiser;  Length overall: 33' 3";  Garden design: 685;  SP Coll. 096 catalog: 96.533</w:t>
      </w:r>
      <w:r>
        <w:br/>
      </w:r>
      <w:r>
        <w:rPr>
          <w:color w:val="000000"/>
        </w:rPr>
        <w:t>Garden, W. “Liveaboard cruiser.” Yacht Designs: Rev, pp. 226.</w:t>
      </w:r>
    </w:p>
    <w:p w14:paraId="7A9550E9" w14:textId="77777777" w:rsidR="008B157E" w:rsidRDefault="00000000">
      <w:pPr>
        <w:keepLines/>
        <w:spacing w:after="140" w:line="245" w:lineRule="auto"/>
        <w:ind w:left="317" w:hanging="317"/>
      </w:pPr>
      <w:r>
        <w:rPr>
          <w:color w:val="000000"/>
          <w:sz w:val="18"/>
        </w:rPr>
        <w:t>Type: monkeky boat;  Length overall: 32'</w:t>
      </w:r>
      <w:r>
        <w:br/>
      </w:r>
      <w:r>
        <w:rPr>
          <w:color w:val="000000"/>
        </w:rPr>
        <w:t>Garden, W. “Monkey boats and old friends.” Yacht Designs: Rev, pp. 221.</w:t>
      </w:r>
    </w:p>
    <w:p w14:paraId="4D4DE8EE" w14:textId="0D4AD4B2" w:rsidR="008B157E" w:rsidRDefault="00000000">
      <w:pPr>
        <w:keepLines/>
        <w:spacing w:after="140" w:line="245" w:lineRule="auto"/>
        <w:ind w:left="317" w:hanging="317"/>
      </w:pPr>
      <w:r>
        <w:rPr>
          <w:color w:val="000000"/>
          <w:sz w:val="18"/>
        </w:rPr>
        <w:t>Length overall: 38' 2";  Garden design: 727</w:t>
      </w:r>
      <w:r>
        <w:br/>
      </w:r>
      <w:r>
        <w:rPr>
          <w:color w:val="000000"/>
        </w:rPr>
        <w:t>Garden, W. “Motor cruiser.” Yacht Designs: Rev, pp. 241.</w:t>
      </w:r>
      <w:r>
        <w:rPr>
          <w:color w:val="9C5700"/>
          <w:sz w:val="18"/>
        </w:rPr>
        <w:br/>
      </w:r>
      <w:r w:rsidR="000D3AEC">
        <w:rPr>
          <w:color w:val="9C5700"/>
          <w:sz w:val="18"/>
        </w:rPr>
        <w:t>Plans not available</w:t>
      </w:r>
    </w:p>
    <w:p w14:paraId="40EDCB8D" w14:textId="2D402F98" w:rsidR="008B157E" w:rsidRDefault="00000000">
      <w:pPr>
        <w:keepLines/>
        <w:spacing w:after="140" w:line="245" w:lineRule="auto"/>
        <w:ind w:left="317" w:hanging="317"/>
      </w:pPr>
      <w:r>
        <w:rPr>
          <w:color w:val="000000"/>
          <w:sz w:val="18"/>
        </w:rPr>
        <w:t>Type: sloop;  Length overall: 41' 5";  Garden design: 566</w:t>
      </w:r>
      <w:r>
        <w:br/>
      </w:r>
      <w:r>
        <w:rPr>
          <w:color w:val="000000"/>
        </w:rPr>
        <w:t>Garden, W. “Motor sailer sloop.” Yacht Designs: Rev, pp. 132.</w:t>
      </w:r>
      <w:r>
        <w:rPr>
          <w:color w:val="9C5700"/>
          <w:sz w:val="18"/>
        </w:rPr>
        <w:br/>
      </w:r>
      <w:r w:rsidR="000D3AEC">
        <w:rPr>
          <w:color w:val="9C5700"/>
          <w:sz w:val="18"/>
        </w:rPr>
        <w:t>Plans not available</w:t>
      </w:r>
    </w:p>
    <w:p w14:paraId="7DA6B8EF" w14:textId="77777777" w:rsidR="008B157E" w:rsidRDefault="00000000">
      <w:pPr>
        <w:keepLines/>
        <w:spacing w:after="140" w:line="245" w:lineRule="auto"/>
        <w:ind w:left="317" w:hanging="317"/>
      </w:pPr>
      <w:r>
        <w:rPr>
          <w:color w:val="000000"/>
          <w:sz w:val="18"/>
        </w:rPr>
        <w:t>Length overall: 64' 3"</w:t>
      </w:r>
      <w:r>
        <w:br/>
      </w:r>
      <w:r>
        <w:rPr>
          <w:color w:val="000000"/>
        </w:rPr>
        <w:t>Garden, W. “Post class.” Yacht Designs: Rev, pp. 299.</w:t>
      </w:r>
    </w:p>
    <w:p w14:paraId="0011AB6E" w14:textId="77777777" w:rsidR="008B157E" w:rsidRDefault="00000000">
      <w:pPr>
        <w:keepLines/>
        <w:spacing w:after="140" w:line="245" w:lineRule="auto"/>
        <w:ind w:left="317" w:hanging="317"/>
      </w:pPr>
      <w:r>
        <w:rPr>
          <w:color w:val="000000"/>
          <w:sz w:val="18"/>
        </w:rPr>
        <w:t>Length overall: 64' 3"</w:t>
      </w:r>
      <w:r>
        <w:br/>
      </w:r>
      <w:r>
        <w:rPr>
          <w:color w:val="000000"/>
        </w:rPr>
        <w:t>Garden, W. “Post class: fisheries patrol boats.” Yacht Designs, 1977, pp. 196.</w:t>
      </w:r>
    </w:p>
    <w:p w14:paraId="40EA3F27" w14:textId="77777777" w:rsidR="008B157E" w:rsidRDefault="00000000">
      <w:pPr>
        <w:keepLines/>
        <w:spacing w:after="140" w:line="245" w:lineRule="auto"/>
        <w:ind w:left="317" w:hanging="317"/>
      </w:pPr>
      <w:r>
        <w:rPr>
          <w:color w:val="000000"/>
          <w:sz w:val="18"/>
        </w:rPr>
        <w:t>Type: rowboat;  Length overall: 7' 8"</w:t>
      </w:r>
      <w:r>
        <w:br/>
      </w:r>
      <w:r>
        <w:rPr>
          <w:color w:val="000000"/>
        </w:rPr>
        <w:t>Garden, W. “Puddle boat.” Yacht Designs: Rev, pp. 13.</w:t>
      </w:r>
    </w:p>
    <w:p w14:paraId="75858ABE" w14:textId="77777777" w:rsidR="008B157E" w:rsidRDefault="00000000">
      <w:pPr>
        <w:keepLines/>
        <w:spacing w:after="140" w:line="245" w:lineRule="auto"/>
        <w:ind w:left="317" w:hanging="317"/>
      </w:pPr>
      <w:r>
        <w:rPr>
          <w:color w:val="000000"/>
          <w:sz w:val="18"/>
        </w:rPr>
        <w:t>Type: pulling boat;  Length overall: 17'</w:t>
      </w:r>
      <w:r>
        <w:br/>
      </w:r>
      <w:r>
        <w:rPr>
          <w:color w:val="000000"/>
        </w:rPr>
        <w:t>Garden, W. “Queen's Gig.” Yacht Designs: Rev, pp. 16.</w:t>
      </w:r>
    </w:p>
    <w:p w14:paraId="1F287EC1" w14:textId="77777777" w:rsidR="008B157E" w:rsidRDefault="00000000">
      <w:pPr>
        <w:keepLines/>
        <w:spacing w:after="140" w:line="245" w:lineRule="auto"/>
        <w:ind w:left="317" w:hanging="317"/>
      </w:pPr>
      <w:r>
        <w:rPr>
          <w:color w:val="000000"/>
          <w:sz w:val="18"/>
        </w:rPr>
        <w:t>Type: ketch;  Length overall: 50' 10";  Garden design: 549-R;  SP Coll. 096 catalog: 96.458</w:t>
      </w:r>
      <w:r>
        <w:br/>
      </w:r>
      <w:r>
        <w:rPr>
          <w:color w:val="000000"/>
        </w:rPr>
        <w:t>Garden, W. “Shoal-draft cruising ketch.” Yacht Designs II, pp. 51.</w:t>
      </w:r>
    </w:p>
    <w:p w14:paraId="6F9382F5" w14:textId="38B71AE3" w:rsidR="008B157E" w:rsidRDefault="00000000">
      <w:pPr>
        <w:keepLines/>
        <w:spacing w:after="140" w:line="245" w:lineRule="auto"/>
        <w:ind w:left="317" w:hanging="317"/>
      </w:pPr>
      <w:r>
        <w:rPr>
          <w:color w:val="000000"/>
          <w:sz w:val="18"/>
        </w:rPr>
        <w:t>Type: launch;  Garden design: 665</w:t>
      </w:r>
      <w:r>
        <w:br/>
      </w:r>
      <w:r>
        <w:rPr>
          <w:color w:val="000000"/>
        </w:rPr>
        <w:t>Garden, W. “SIMON and MUDLARK.” Yacht Designs: Rev, pp. 189.</w:t>
      </w:r>
      <w:r>
        <w:rPr>
          <w:color w:val="9C5700"/>
          <w:sz w:val="18"/>
        </w:rPr>
        <w:br/>
      </w:r>
      <w:r w:rsidR="000D3AEC">
        <w:rPr>
          <w:color w:val="9C5700"/>
          <w:sz w:val="18"/>
        </w:rPr>
        <w:t>Plans not available</w:t>
      </w:r>
    </w:p>
    <w:p w14:paraId="0913F0D6" w14:textId="77777777" w:rsidR="008B157E" w:rsidRDefault="00000000">
      <w:pPr>
        <w:keepLines/>
        <w:spacing w:after="140" w:line="245" w:lineRule="auto"/>
        <w:ind w:left="317" w:hanging="317"/>
      </w:pPr>
      <w:r>
        <w:rPr>
          <w:color w:val="000000"/>
          <w:sz w:val="18"/>
        </w:rPr>
        <w:t>Garden design: 665</w:t>
      </w:r>
      <w:r>
        <w:br/>
      </w:r>
      <w:r>
        <w:rPr>
          <w:color w:val="000000"/>
        </w:rPr>
        <w:t>Garden, W. “SIMON and MUDLARK.” Yacht Designs: Rev, pp. 189.</w:t>
      </w:r>
    </w:p>
    <w:p w14:paraId="5D0AF0B9" w14:textId="77777777" w:rsidR="008B157E" w:rsidRDefault="00000000">
      <w:pPr>
        <w:keepLines/>
        <w:spacing w:after="140" w:line="245" w:lineRule="auto"/>
        <w:ind w:left="317" w:hanging="317"/>
      </w:pPr>
      <w:r>
        <w:rPr>
          <w:color w:val="000000"/>
          <w:sz w:val="18"/>
        </w:rPr>
        <w:t>Type: cruiser;  Length overall: 26' 7";  Garden design: 626;  SP Coll. 096 catalog: 96.511</w:t>
      </w:r>
      <w:r>
        <w:br/>
      </w:r>
      <w:r>
        <w:rPr>
          <w:color w:val="000000"/>
        </w:rPr>
        <w:t>Garden, W. “Small motor cruiser.” Yacht Designs: Rev, pp. 201.</w:t>
      </w:r>
    </w:p>
    <w:p w14:paraId="07C1BEC7" w14:textId="77777777" w:rsidR="008B157E" w:rsidRDefault="00000000">
      <w:pPr>
        <w:keepLines/>
        <w:spacing w:after="140" w:line="245" w:lineRule="auto"/>
        <w:ind w:left="317" w:hanging="317"/>
      </w:pPr>
      <w:r>
        <w:rPr>
          <w:color w:val="000000"/>
          <w:sz w:val="18"/>
        </w:rPr>
        <w:t>Type: cruiser;  Length overall: 29' 10"</w:t>
      </w:r>
      <w:r>
        <w:br/>
      </w:r>
      <w:r>
        <w:rPr>
          <w:color w:val="000000"/>
        </w:rPr>
        <w:t>Garden, W. “Small motor cruiser.” Yacht Designs: Rev, pp. 201.</w:t>
      </w:r>
    </w:p>
    <w:p w14:paraId="2EC09C67" w14:textId="77777777" w:rsidR="008B157E" w:rsidRDefault="00000000">
      <w:pPr>
        <w:keepLines/>
        <w:spacing w:after="140" w:line="245" w:lineRule="auto"/>
        <w:ind w:left="317" w:hanging="317"/>
      </w:pPr>
      <w:r>
        <w:rPr>
          <w:color w:val="000000"/>
          <w:sz w:val="18"/>
        </w:rPr>
        <w:t>Length overall: 36'</w:t>
      </w:r>
      <w:r>
        <w:br/>
      </w:r>
      <w:r>
        <w:rPr>
          <w:color w:val="000000"/>
        </w:rPr>
        <w:t>Garden, W. “Small rum runner.” Yacht Designs: Rev, pp. 236.</w:t>
      </w:r>
    </w:p>
    <w:p w14:paraId="2E3CF988" w14:textId="77777777" w:rsidR="008B157E" w:rsidRDefault="00000000">
      <w:pPr>
        <w:keepLines/>
        <w:spacing w:after="140" w:line="245" w:lineRule="auto"/>
        <w:ind w:left="317" w:hanging="317"/>
      </w:pPr>
      <w:r>
        <w:rPr>
          <w:color w:val="000000"/>
          <w:sz w:val="18"/>
        </w:rPr>
        <w:t>Type: cutter;  Length overall: 30';  Garden design: 442;  SP Coll. 096 catalog: 96.361</w:t>
      </w:r>
      <w:r>
        <w:br/>
      </w:r>
      <w:r>
        <w:rPr>
          <w:color w:val="000000"/>
        </w:rPr>
        <w:t>Garden, W. “Spice island cutter.” Yacht Designs: Rev, pp. 79.</w:t>
      </w:r>
    </w:p>
    <w:p w14:paraId="743D8F46" w14:textId="77777777" w:rsidR="008B157E" w:rsidRDefault="00000000">
      <w:pPr>
        <w:keepLines/>
        <w:spacing w:after="140" w:line="245" w:lineRule="auto"/>
        <w:ind w:left="317" w:hanging="317"/>
      </w:pPr>
      <w:r>
        <w:rPr>
          <w:color w:val="000000"/>
          <w:sz w:val="18"/>
        </w:rPr>
        <w:t>Type: cutter;  Length overall: 30';  Garden design: 442;  SP Coll. 096 catalog: 96.361</w:t>
      </w:r>
      <w:r>
        <w:br/>
      </w:r>
      <w:r>
        <w:rPr>
          <w:color w:val="000000"/>
        </w:rPr>
        <w:t>Garden, W. “Spice Island Cutter, a seagoing ship.” Yacht Designs, 1977, pp. 19.</w:t>
      </w:r>
    </w:p>
    <w:p w14:paraId="78AE6B75" w14:textId="77777777" w:rsidR="008B157E" w:rsidRDefault="00000000">
      <w:pPr>
        <w:keepLines/>
        <w:spacing w:after="140" w:line="245" w:lineRule="auto"/>
        <w:ind w:left="317" w:hanging="317"/>
      </w:pPr>
      <w:r>
        <w:rPr>
          <w:color w:val="000000"/>
          <w:sz w:val="18"/>
        </w:rPr>
        <w:t>Type: schooner;  Length overall: 47' 6";  Garden design: 609;  SP Coll. 096 catalog: 96.49</w:t>
      </w:r>
      <w:r>
        <w:br/>
      </w:r>
      <w:r>
        <w:rPr>
          <w:color w:val="000000"/>
        </w:rPr>
        <w:t>Garden, W. “Steel schooner.” Yacht Designs: Rev, pp. 150.</w:t>
      </w:r>
    </w:p>
    <w:p w14:paraId="565D7199" w14:textId="77777777" w:rsidR="008B157E" w:rsidRDefault="00000000">
      <w:pPr>
        <w:keepLines/>
        <w:spacing w:after="140" w:line="245" w:lineRule="auto"/>
        <w:ind w:left="317" w:hanging="317"/>
      </w:pPr>
      <w:r>
        <w:rPr>
          <w:color w:val="000000"/>
          <w:sz w:val="18"/>
        </w:rPr>
        <w:t>Type: troller yacht;  Length overall: 58' 6";  Owner: Bill Trenholme;  SP Coll. 096 catalog: 96.485</w:t>
      </w:r>
      <w:r>
        <w:br/>
      </w:r>
      <w:r>
        <w:rPr>
          <w:color w:val="000000"/>
        </w:rPr>
        <w:t>Garden, W. “Three trawler yachts.” Yacht Designs, 1977, pp. 162.</w:t>
      </w:r>
    </w:p>
    <w:p w14:paraId="59DBCB6E" w14:textId="77777777" w:rsidR="008B157E" w:rsidRDefault="00000000">
      <w:pPr>
        <w:keepLines/>
        <w:spacing w:after="140" w:line="245" w:lineRule="auto"/>
        <w:ind w:left="317" w:hanging="317"/>
      </w:pPr>
      <w:r>
        <w:rPr>
          <w:color w:val="000000"/>
          <w:sz w:val="18"/>
        </w:rPr>
        <w:lastRenderedPageBreak/>
        <w:t>Type: troller yacht;  Length overall: 37';  SP Coll. 096 catalog: 96.423</w:t>
      </w:r>
      <w:r>
        <w:br/>
      </w:r>
      <w:r>
        <w:rPr>
          <w:color w:val="000000"/>
        </w:rPr>
        <w:t>Garden, W. “Three trawler yachts.” Yacht Designs, 1977, pp. 162.</w:t>
      </w:r>
    </w:p>
    <w:p w14:paraId="6018146C" w14:textId="77777777" w:rsidR="008B157E" w:rsidRDefault="00000000">
      <w:pPr>
        <w:keepLines/>
        <w:spacing w:after="140" w:line="245" w:lineRule="auto"/>
        <w:ind w:left="317" w:hanging="317"/>
      </w:pPr>
      <w:r>
        <w:rPr>
          <w:color w:val="000000"/>
          <w:sz w:val="18"/>
        </w:rPr>
        <w:t>Type: troller yacht;  Length overall: 37';  SP Coll. 096 catalog: 96.423</w:t>
      </w:r>
      <w:r>
        <w:br/>
      </w:r>
      <w:r>
        <w:rPr>
          <w:color w:val="000000"/>
        </w:rPr>
        <w:t>Garden, W. “Three trawler yachts.” Yacht Designs: Rev, pp. 265.</w:t>
      </w:r>
    </w:p>
    <w:p w14:paraId="16D46ECB" w14:textId="77777777" w:rsidR="008B157E" w:rsidRDefault="00000000">
      <w:pPr>
        <w:keepLines/>
        <w:spacing w:after="140" w:line="245" w:lineRule="auto"/>
        <w:ind w:left="317" w:hanging="317"/>
      </w:pPr>
      <w:r>
        <w:rPr>
          <w:color w:val="000000"/>
          <w:sz w:val="18"/>
        </w:rPr>
        <w:t>Type: troller yacht;  Length overall: 58' 6";  Owner: Bill Trenholme;  SP Coll. 096 catalog: 96.485</w:t>
      </w:r>
      <w:r>
        <w:br/>
      </w:r>
      <w:r>
        <w:rPr>
          <w:color w:val="000000"/>
        </w:rPr>
        <w:t>Garden, W. “Three trawler yachts.” Yacht Designs: Rev, pp. 265.</w:t>
      </w:r>
    </w:p>
    <w:p w14:paraId="6EAB2960" w14:textId="77777777" w:rsidR="008B157E" w:rsidRDefault="00000000">
      <w:pPr>
        <w:keepLines/>
        <w:spacing w:after="140" w:line="245" w:lineRule="auto"/>
        <w:ind w:left="317" w:hanging="317"/>
      </w:pPr>
      <w:r>
        <w:rPr>
          <w:color w:val="000000"/>
          <w:sz w:val="18"/>
        </w:rPr>
        <w:t>Type: peapod</w:t>
      </w:r>
      <w:r>
        <w:br/>
      </w:r>
      <w:r>
        <w:rPr>
          <w:color w:val="000000"/>
        </w:rPr>
        <w:t>Garden, W. “Topsail for a peapod.” WoodenBoat, Nov/Dec 2000, pp. 14-5.</w:t>
      </w:r>
    </w:p>
    <w:p w14:paraId="375F3A97" w14:textId="77777777" w:rsidR="008B157E" w:rsidRDefault="00000000">
      <w:pPr>
        <w:keepLines/>
        <w:spacing w:after="140" w:line="245" w:lineRule="auto"/>
        <w:ind w:left="317" w:hanging="317"/>
      </w:pPr>
      <w:r>
        <w:rPr>
          <w:color w:val="000000"/>
          <w:sz w:val="18"/>
        </w:rPr>
        <w:t>Type: cutter;  Length overall: 37';  Garden design: 623;  SP Coll. 096 catalog: 96.509</w:t>
      </w:r>
      <w:r>
        <w:br/>
      </w:r>
      <w:r>
        <w:rPr>
          <w:color w:val="000000"/>
        </w:rPr>
        <w:t>Garden, W. “TRUANT 370.” Yacht Designs: Rev, pp. 109.</w:t>
      </w:r>
    </w:p>
    <w:p w14:paraId="5B57904A" w14:textId="77777777" w:rsidR="008B157E" w:rsidRDefault="00000000">
      <w:pPr>
        <w:keepLines/>
        <w:spacing w:after="140" w:line="245" w:lineRule="auto"/>
        <w:ind w:left="317" w:hanging="317"/>
      </w:pPr>
      <w:r>
        <w:rPr>
          <w:color w:val="000000"/>
          <w:sz w:val="18"/>
        </w:rPr>
        <w:t>Type: sloop;  Length overall: 29' 4"</w:t>
      </w:r>
      <w:r>
        <w:br/>
      </w:r>
      <w:r>
        <w:rPr>
          <w:color w:val="000000"/>
        </w:rPr>
        <w:t>Garden, W./Comment. “29' double-ended sloop.” WoodenBoat, Sep/Oct 1989, pp. 122-6.</w:t>
      </w:r>
    </w:p>
    <w:p w14:paraId="49475421" w14:textId="77777777" w:rsidR="008B157E" w:rsidRDefault="00000000">
      <w:pPr>
        <w:keepLines/>
        <w:spacing w:after="140" w:line="245" w:lineRule="auto"/>
        <w:ind w:left="317" w:hanging="317"/>
      </w:pPr>
      <w:r>
        <w:rPr>
          <w:color w:val="000000"/>
          <w:sz w:val="18"/>
        </w:rPr>
        <w:t>Type: sloop;  Length overall: 29';  Owner: Fritz Ottiger;  Builder: Western Marine Supply</w:t>
      </w:r>
      <w:r>
        <w:br/>
      </w:r>
      <w:r>
        <w:rPr>
          <w:color w:val="000000"/>
        </w:rPr>
        <w:t>“Garden-designed 29-footer.” Yachting, Feb 1947, pp. 81.</w:t>
      </w:r>
    </w:p>
    <w:p w14:paraId="50734962" w14:textId="77777777" w:rsidR="008B157E" w:rsidRDefault="00000000">
      <w:pPr>
        <w:keepLines/>
        <w:spacing w:after="140" w:line="245" w:lineRule="auto"/>
        <w:ind w:left="317" w:hanging="317"/>
      </w:pPr>
      <w:r>
        <w:rPr>
          <w:color w:val="000000"/>
          <w:sz w:val="18"/>
        </w:rPr>
        <w:t>Type: cruiser;  Length overall: 44' 2";  Owner: Wm Crookshank</w:t>
      </w:r>
      <w:r>
        <w:br/>
      </w:r>
      <w:r>
        <w:rPr>
          <w:color w:val="000000"/>
        </w:rPr>
        <w:t>“Garden-designed 44' boat for the Gulf coast.” Yachting, Dec 1956, pp. 76.</w:t>
      </w:r>
    </w:p>
    <w:p w14:paraId="71D314CF" w14:textId="77777777" w:rsidR="008B157E" w:rsidRDefault="00000000">
      <w:pPr>
        <w:keepLines/>
        <w:spacing w:after="140" w:line="245" w:lineRule="auto"/>
        <w:ind w:left="317" w:hanging="317"/>
      </w:pPr>
      <w:r>
        <w:rPr>
          <w:color w:val="000000"/>
          <w:sz w:val="18"/>
        </w:rPr>
        <w:t>Type: ketch;  Length overall: 44' 2"</w:t>
      </w:r>
      <w:r>
        <w:br/>
      </w:r>
      <w:r>
        <w:rPr>
          <w:color w:val="000000"/>
        </w:rPr>
        <w:t>“Garden-designed ketch for Puget Sound.” Yachting, May 1952, pp. 60.</w:t>
      </w:r>
    </w:p>
    <w:p w14:paraId="49D22BBB" w14:textId="77777777" w:rsidR="008B157E" w:rsidRDefault="00000000">
      <w:pPr>
        <w:keepLines/>
        <w:spacing w:after="140" w:line="245" w:lineRule="auto"/>
        <w:ind w:left="317" w:hanging="317"/>
      </w:pPr>
      <w:r>
        <w:rPr>
          <w:color w:val="000000"/>
          <w:sz w:val="18"/>
        </w:rPr>
        <w:t>Type: Gill netter;  Length overall: 32';  Garden design: 218;  SP Coll. 096 catalog: 96.128</w:t>
      </w:r>
      <w:r>
        <w:br/>
      </w:r>
      <w:r>
        <w:rPr>
          <w:color w:val="000000"/>
        </w:rPr>
        <w:t>“Gill Netter by Garden.” Rudder, Feb 1950, pp. 38.</w:t>
      </w:r>
    </w:p>
    <w:p w14:paraId="1EE47961" w14:textId="77777777" w:rsidR="008B157E" w:rsidRDefault="00000000">
      <w:pPr>
        <w:keepLines/>
        <w:spacing w:after="140" w:line="245" w:lineRule="auto"/>
        <w:ind w:left="317" w:hanging="317"/>
      </w:pPr>
      <w:r>
        <w:rPr>
          <w:color w:val="000000"/>
          <w:sz w:val="18"/>
        </w:rPr>
        <w:t>Type: cruiser;  Length overall: 43';  Owner: A. F. George</w:t>
      </w:r>
      <w:r>
        <w:br/>
      </w:r>
      <w:r>
        <w:rPr>
          <w:color w:val="000000"/>
        </w:rPr>
        <w:t>“Gulf coast cruiser.” Rudder, Jan 1954, pp. 65.</w:t>
      </w:r>
    </w:p>
    <w:p w14:paraId="3E114CEA" w14:textId="77777777" w:rsidR="008B157E" w:rsidRDefault="00000000">
      <w:pPr>
        <w:keepNext/>
        <w:spacing w:before="160"/>
      </w:pPr>
      <w:r>
        <w:rPr>
          <w:b/>
          <w:color w:val="1F4E78"/>
          <w:sz w:val="26"/>
        </w:rPr>
        <w:t>H</w:t>
      </w:r>
    </w:p>
    <w:p w14:paraId="38C07C35" w14:textId="77777777" w:rsidR="008B157E" w:rsidRDefault="00000000">
      <w:pPr>
        <w:keepLines/>
        <w:spacing w:after="140" w:line="245" w:lineRule="auto"/>
        <w:ind w:left="317" w:hanging="317"/>
      </w:pPr>
      <w:r>
        <w:rPr>
          <w:color w:val="000000"/>
          <w:sz w:val="18"/>
        </w:rPr>
        <w:t>Type: seine/drag/troll;  Length overall: 48';  Owner: C. A. Smith;  Garden design: 188</w:t>
      </w:r>
      <w:r>
        <w:br/>
      </w:r>
      <w:r>
        <w:rPr>
          <w:color w:val="000000"/>
        </w:rPr>
        <w:t>“Halibut boat.” Rudder, Apr 1953, pp. 43.</w:t>
      </w:r>
    </w:p>
    <w:p w14:paraId="4B69D6DE" w14:textId="77777777" w:rsidR="008B157E" w:rsidRDefault="00000000">
      <w:pPr>
        <w:keepLines/>
        <w:spacing w:after="140" w:line="245" w:lineRule="auto"/>
        <w:ind w:left="317" w:hanging="317"/>
      </w:pPr>
      <w:r>
        <w:rPr>
          <w:color w:val="000000"/>
          <w:sz w:val="18"/>
        </w:rPr>
        <w:t>Type: police patrol boat;  Length overall: 40'</w:t>
      </w:r>
      <w:r>
        <w:br/>
      </w:r>
      <w:r>
        <w:rPr>
          <w:color w:val="000000"/>
        </w:rPr>
        <w:t>“Harbor patrol boat.” Rudder, Feb 1963, pp. 147.</w:t>
      </w:r>
    </w:p>
    <w:p w14:paraId="3664E5C8" w14:textId="77777777" w:rsidR="008B157E" w:rsidRDefault="00000000">
      <w:pPr>
        <w:keepLines/>
        <w:spacing w:after="140" w:line="245" w:lineRule="auto"/>
        <w:ind w:left="317" w:hanging="317"/>
      </w:pPr>
      <w:r>
        <w:rPr>
          <w:color w:val="000000"/>
          <w:sz w:val="18"/>
        </w:rPr>
        <w:t>Type: motor cruiser;  Length overall: 32' 9";  Garden design: 216;  SP Coll. 096 catalog: 96.126</w:t>
      </w:r>
      <w:r>
        <w:br/>
      </w:r>
      <w:r>
        <w:rPr>
          <w:color w:val="000000"/>
        </w:rPr>
        <w:t>“How to build Sea Shell.” Rudder, Jun 1950, pp. 5-Nov.</w:t>
      </w:r>
    </w:p>
    <w:p w14:paraId="57CFE90B" w14:textId="77777777" w:rsidR="008B157E" w:rsidRDefault="00000000">
      <w:pPr>
        <w:keepLines/>
        <w:spacing w:after="140" w:line="245" w:lineRule="auto"/>
        <w:ind w:left="317" w:hanging="317"/>
      </w:pPr>
      <w:r>
        <w:rPr>
          <w:color w:val="000000"/>
          <w:sz w:val="18"/>
        </w:rPr>
        <w:t>Length overall: 24' 1";  Owner: Walter V. Metz;  Garden design: 65</w:t>
      </w:r>
      <w:r>
        <w:br/>
      </w:r>
      <w:r>
        <w:rPr>
          <w:color w:val="000000"/>
        </w:rPr>
        <w:t>“Hunting and utility boat.” Rudder, Dec 1945, pp. 48.</w:t>
      </w:r>
    </w:p>
    <w:p w14:paraId="5E2C3E76" w14:textId="77777777" w:rsidR="008B157E" w:rsidRDefault="00000000">
      <w:pPr>
        <w:keepLines/>
        <w:spacing w:after="140" w:line="245" w:lineRule="auto"/>
        <w:ind w:left="317" w:hanging="317"/>
      </w:pPr>
      <w:r>
        <w:rPr>
          <w:color w:val="000000"/>
          <w:sz w:val="18"/>
        </w:rPr>
        <w:t>Type: cruiser;  Length overall: 43' 3";  Owner: A. F. George</w:t>
      </w:r>
      <w:r>
        <w:br/>
      </w:r>
      <w:r>
        <w:rPr>
          <w:color w:val="000000"/>
        </w:rPr>
        <w:t>“Husky cruiser for the Gulf.” Yachting, Mar 1954, pp. 74.</w:t>
      </w:r>
    </w:p>
    <w:p w14:paraId="62650B2F" w14:textId="77777777" w:rsidR="008B157E" w:rsidRDefault="00000000">
      <w:pPr>
        <w:keepNext/>
        <w:spacing w:before="160"/>
      </w:pPr>
      <w:r>
        <w:rPr>
          <w:b/>
          <w:color w:val="1F4E78"/>
          <w:sz w:val="26"/>
        </w:rPr>
        <w:t>K</w:t>
      </w:r>
    </w:p>
    <w:p w14:paraId="596AED81" w14:textId="77777777" w:rsidR="008B157E" w:rsidRDefault="00000000">
      <w:pPr>
        <w:keepLines/>
        <w:spacing w:after="140" w:line="245" w:lineRule="auto"/>
        <w:ind w:left="317" w:hanging="317"/>
      </w:pPr>
      <w:r>
        <w:rPr>
          <w:color w:val="000000"/>
          <w:sz w:val="18"/>
        </w:rPr>
        <w:t>Type: ketch;  Length overall: 48';  Owner: B. Buffington, K. Dixon;  Garden design: 262</w:t>
      </w:r>
      <w:r>
        <w:br/>
      </w:r>
      <w:r>
        <w:rPr>
          <w:color w:val="000000"/>
        </w:rPr>
        <w:t>“Ketch by Garden.” Rudder, Jan 1953, pp. 72.</w:t>
      </w:r>
    </w:p>
    <w:p w14:paraId="7626491F" w14:textId="77777777" w:rsidR="008B157E" w:rsidRDefault="00000000">
      <w:pPr>
        <w:keepLines/>
        <w:spacing w:after="140" w:line="245" w:lineRule="auto"/>
        <w:ind w:left="317" w:hanging="317"/>
      </w:pPr>
      <w:r>
        <w:rPr>
          <w:color w:val="000000"/>
          <w:sz w:val="18"/>
        </w:rPr>
        <w:t>Type: Ketch;  Length overall: 46';  Owner: Mr. Schaff;  Garden design: 217;  SP Coll. 096 catalog: 96.127</w:t>
      </w:r>
      <w:r>
        <w:br/>
      </w:r>
      <w:r>
        <w:rPr>
          <w:color w:val="000000"/>
        </w:rPr>
        <w:t>“Ketch to live aboard.” Rudder, Jul 1952, pp. 40.</w:t>
      </w:r>
    </w:p>
    <w:p w14:paraId="35D0339B" w14:textId="77777777" w:rsidR="008B157E" w:rsidRDefault="00000000">
      <w:pPr>
        <w:keepNext/>
        <w:spacing w:before="160"/>
      </w:pPr>
      <w:r>
        <w:rPr>
          <w:b/>
          <w:color w:val="1F4E78"/>
          <w:sz w:val="26"/>
        </w:rPr>
        <w:t>L</w:t>
      </w:r>
    </w:p>
    <w:p w14:paraId="0F589934" w14:textId="77777777" w:rsidR="008B157E" w:rsidRDefault="00000000">
      <w:pPr>
        <w:keepLines/>
        <w:spacing w:after="140" w:line="245" w:lineRule="auto"/>
        <w:ind w:left="317" w:hanging="317"/>
      </w:pPr>
      <w:r>
        <w:rPr>
          <w:color w:val="000000"/>
          <w:sz w:val="18"/>
        </w:rPr>
        <w:t>Type: schooner;  Length overall: 34';  Owner: Kenneth McAlpin;  Garden design: 178</w:t>
      </w:r>
      <w:r>
        <w:br/>
      </w:r>
      <w:r>
        <w:rPr>
          <w:color w:val="000000"/>
        </w:rPr>
        <w:t>“Little ship by William Garden.” Yachting, Jun 1951, pp. 58.</w:t>
      </w:r>
    </w:p>
    <w:p w14:paraId="54FA15D7" w14:textId="77777777" w:rsidR="008B157E" w:rsidRDefault="00000000">
      <w:pPr>
        <w:keepLines/>
        <w:spacing w:after="140" w:line="245" w:lineRule="auto"/>
        <w:ind w:left="317" w:hanging="317"/>
      </w:pPr>
      <w:r>
        <w:rPr>
          <w:color w:val="000000"/>
          <w:sz w:val="18"/>
        </w:rPr>
        <w:t>Type: Sloop;  Length overall: 23';  Owner: Robert Modrell;  Garden design: 210</w:t>
      </w:r>
      <w:r>
        <w:br/>
      </w:r>
      <w:r>
        <w:rPr>
          <w:color w:val="000000"/>
        </w:rPr>
        <w:t>“Low cost keel sloop.” Rudder, Aug 1951, pp. 38.</w:t>
      </w:r>
    </w:p>
    <w:p w14:paraId="1924AA8E" w14:textId="77777777" w:rsidR="008B157E" w:rsidRDefault="00000000">
      <w:pPr>
        <w:keepNext/>
        <w:spacing w:before="160"/>
      </w:pPr>
      <w:r>
        <w:rPr>
          <w:b/>
          <w:color w:val="1F4E78"/>
          <w:sz w:val="26"/>
        </w:rPr>
        <w:lastRenderedPageBreak/>
        <w:t>M</w:t>
      </w:r>
    </w:p>
    <w:p w14:paraId="2EAFCE12" w14:textId="77777777" w:rsidR="008B157E" w:rsidRDefault="00000000">
      <w:pPr>
        <w:keepLines/>
        <w:spacing w:after="140" w:line="245" w:lineRule="auto"/>
        <w:ind w:left="317" w:hanging="317"/>
      </w:pPr>
      <w:r>
        <w:rPr>
          <w:color w:val="000000"/>
          <w:sz w:val="18"/>
        </w:rPr>
        <w:t>Type: sharpie</w:t>
      </w:r>
      <w:r>
        <w:br/>
      </w:r>
      <w:r>
        <w:rPr>
          <w:color w:val="000000"/>
        </w:rPr>
        <w:t>MacNaughton, D. “Sharpie flat is back.” WoodenBoat, Nov/Dec 1978, pp. 37-41.</w:t>
      </w:r>
    </w:p>
    <w:p w14:paraId="29816321" w14:textId="77777777" w:rsidR="008B157E" w:rsidRDefault="00000000">
      <w:pPr>
        <w:keepNext/>
        <w:spacing w:before="160"/>
      </w:pPr>
      <w:r>
        <w:rPr>
          <w:b/>
          <w:color w:val="1F4E78"/>
          <w:sz w:val="26"/>
        </w:rPr>
        <w:t>N</w:t>
      </w:r>
    </w:p>
    <w:p w14:paraId="63C4B39D" w14:textId="77777777" w:rsidR="008B157E" w:rsidRDefault="00000000">
      <w:pPr>
        <w:keepLines/>
        <w:spacing w:after="140" w:line="245" w:lineRule="auto"/>
        <w:ind w:left="317" w:hanging="317"/>
      </w:pPr>
      <w:r>
        <w:rPr>
          <w:color w:val="000000"/>
          <w:sz w:val="18"/>
        </w:rPr>
        <w:t>Type: diesel yacht;  Length overall: 48';  Owner: John Allen</w:t>
      </w:r>
      <w:r>
        <w:br/>
      </w:r>
      <w:r>
        <w:rPr>
          <w:color w:val="000000"/>
        </w:rPr>
        <w:t>“No title.” 100 Yacht &amp; Vessel Designs, pp. 38.</w:t>
      </w:r>
    </w:p>
    <w:p w14:paraId="0C2B8AF2" w14:textId="77777777" w:rsidR="008B157E" w:rsidRDefault="00000000">
      <w:pPr>
        <w:keepNext/>
        <w:spacing w:before="160"/>
      </w:pPr>
      <w:r>
        <w:rPr>
          <w:b/>
          <w:color w:val="1F4E78"/>
          <w:sz w:val="26"/>
        </w:rPr>
        <w:t>O</w:t>
      </w:r>
    </w:p>
    <w:p w14:paraId="7D7E1185" w14:textId="77777777" w:rsidR="008B157E" w:rsidRDefault="00000000">
      <w:pPr>
        <w:keepLines/>
        <w:spacing w:after="140" w:line="245" w:lineRule="auto"/>
        <w:ind w:left="317" w:hanging="317"/>
      </w:pPr>
      <w:r>
        <w:rPr>
          <w:color w:val="000000"/>
          <w:sz w:val="18"/>
        </w:rPr>
        <w:t>Type: cruiser;  Length overall: 40';  Garden design: 232 A;  SP Coll. 096 catalog: 96.139</w:t>
      </w:r>
      <w:r>
        <w:br/>
      </w:r>
      <w:r>
        <w:rPr>
          <w:color w:val="000000"/>
        </w:rPr>
        <w:t>“OYSTER.” Rudder, Jun 1953, pp. 33.</w:t>
      </w:r>
    </w:p>
    <w:p w14:paraId="68731094" w14:textId="77777777" w:rsidR="008B157E" w:rsidRDefault="00000000">
      <w:pPr>
        <w:keepNext/>
        <w:spacing w:before="160"/>
      </w:pPr>
      <w:r>
        <w:rPr>
          <w:b/>
          <w:color w:val="1F4E78"/>
          <w:sz w:val="26"/>
        </w:rPr>
        <w:t>P</w:t>
      </w:r>
    </w:p>
    <w:p w14:paraId="214FE1F2" w14:textId="77777777" w:rsidR="008B157E" w:rsidRDefault="00000000">
      <w:pPr>
        <w:keepLines/>
        <w:spacing w:after="140" w:line="245" w:lineRule="auto"/>
        <w:ind w:left="317" w:hanging="317"/>
      </w:pPr>
      <w:r>
        <w:rPr>
          <w:color w:val="000000"/>
          <w:sz w:val="18"/>
        </w:rPr>
        <w:t>Type: ketch;  Length overall: 41';  Owner: Stephen Gingeresk;  Garden design: 257</w:t>
      </w:r>
      <w:r>
        <w:br/>
      </w:r>
      <w:r>
        <w:rPr>
          <w:color w:val="000000"/>
        </w:rPr>
        <w:t>“Painted port ketch.” Rudder, Aug 1952, pp. 40.</w:t>
      </w:r>
    </w:p>
    <w:p w14:paraId="109BD523" w14:textId="77777777" w:rsidR="008B157E" w:rsidRDefault="00000000">
      <w:pPr>
        <w:keepLines/>
        <w:spacing w:after="140" w:line="245" w:lineRule="auto"/>
        <w:ind w:left="317" w:hanging="317"/>
      </w:pPr>
      <w:r>
        <w:rPr>
          <w:color w:val="000000"/>
          <w:sz w:val="18"/>
        </w:rPr>
        <w:t>Type: canoe;  Length overall: 20';  Owner: Fred Becker;  Garden design: 201;  SP Coll. 096 catalog: 96.116</w:t>
      </w:r>
      <w:r>
        <w:br/>
      </w:r>
      <w:r>
        <w:rPr>
          <w:color w:val="000000"/>
        </w:rPr>
        <w:t>“Paper canoe by Garden.” Rudder, Mar 1950, pp. 48.</w:t>
      </w:r>
    </w:p>
    <w:p w14:paraId="454C597C" w14:textId="1EB07F5C" w:rsidR="008B157E" w:rsidRDefault="00000000">
      <w:pPr>
        <w:keepLines/>
        <w:spacing w:after="140" w:line="245" w:lineRule="auto"/>
        <w:ind w:left="317" w:hanging="317"/>
      </w:pPr>
      <w:r>
        <w:rPr>
          <w:color w:val="000000"/>
          <w:sz w:val="18"/>
        </w:rPr>
        <w:t>Type: patrol boat;  Length overall: 32';  Owner: Interior Fish &amp; Wildlife Service;  Builder: Commerical Marine Constuction Co/Seattle</w:t>
      </w:r>
      <w:r>
        <w:br/>
      </w:r>
      <w:r>
        <w:rPr>
          <w:color w:val="000000"/>
        </w:rPr>
        <w:t>“Patrol boat.” 100 Yacht &amp; Vessel Designs.</w:t>
      </w:r>
      <w:r>
        <w:rPr>
          <w:color w:val="9C5700"/>
          <w:sz w:val="18"/>
        </w:rPr>
        <w:br/>
        <w:t>Descriptive title supplied from vessel type</w:t>
      </w:r>
    </w:p>
    <w:p w14:paraId="1D11C59D" w14:textId="77777777" w:rsidR="008B157E" w:rsidRDefault="00000000">
      <w:pPr>
        <w:keepLines/>
        <w:spacing w:after="140" w:line="245" w:lineRule="auto"/>
        <w:ind w:left="317" w:hanging="317"/>
      </w:pPr>
      <w:r>
        <w:rPr>
          <w:color w:val="000000"/>
          <w:sz w:val="18"/>
        </w:rPr>
        <w:t>Type: pilot boat;  Length overall: 40'</w:t>
      </w:r>
      <w:r>
        <w:br/>
      </w:r>
      <w:r>
        <w:rPr>
          <w:color w:val="000000"/>
        </w:rPr>
        <w:t>“Pilot boat.” Rudder, Jun 1953, pp. 37.</w:t>
      </w:r>
    </w:p>
    <w:p w14:paraId="4DD6CA29" w14:textId="77777777" w:rsidR="008B157E" w:rsidRDefault="00000000">
      <w:pPr>
        <w:keepLines/>
        <w:spacing w:after="140" w:line="245" w:lineRule="auto"/>
        <w:ind w:left="317" w:hanging="317"/>
      </w:pPr>
      <w:r>
        <w:rPr>
          <w:color w:val="000000"/>
          <w:sz w:val="18"/>
        </w:rPr>
        <w:t>Type: cutter;  Length overall: 48';  Owner: John Faile;  Builder: Sheepswerf "de Amer"</w:t>
      </w:r>
      <w:r>
        <w:br/>
      </w:r>
      <w:r>
        <w:rPr>
          <w:color w:val="000000"/>
        </w:rPr>
        <w:t>“PIXIE.” 100 Yacht &amp; Vessel Designs, pp. 56.</w:t>
      </w:r>
    </w:p>
    <w:p w14:paraId="44167497" w14:textId="77777777" w:rsidR="008B157E" w:rsidRDefault="00000000">
      <w:pPr>
        <w:keepLines/>
        <w:spacing w:after="140" w:line="245" w:lineRule="auto"/>
        <w:ind w:left="317" w:hanging="317"/>
      </w:pPr>
      <w:r>
        <w:rPr>
          <w:color w:val="000000"/>
          <w:sz w:val="18"/>
        </w:rPr>
        <w:t>Type: sloop;  Length overall: 32';  Owner: C. M. Harrison;  Garden design: 191</w:t>
      </w:r>
      <w:r>
        <w:br/>
      </w:r>
      <w:r>
        <w:rPr>
          <w:color w:val="000000"/>
        </w:rPr>
        <w:t>“Power fishing sloop by Garden.” Rudder, Aug 1950, pp. 36.</w:t>
      </w:r>
    </w:p>
    <w:p w14:paraId="2C839BB3" w14:textId="77777777" w:rsidR="008B157E" w:rsidRDefault="00000000">
      <w:pPr>
        <w:keepNext/>
        <w:spacing w:before="160"/>
      </w:pPr>
      <w:r>
        <w:rPr>
          <w:b/>
          <w:color w:val="1F4E78"/>
          <w:sz w:val="26"/>
        </w:rPr>
        <w:t>R</w:t>
      </w:r>
    </w:p>
    <w:p w14:paraId="4FF8E982" w14:textId="77777777" w:rsidR="008B157E" w:rsidRDefault="00000000">
      <w:pPr>
        <w:keepLines/>
        <w:spacing w:after="140" w:line="245" w:lineRule="auto"/>
        <w:ind w:left="317" w:hanging="317"/>
      </w:pPr>
      <w:r>
        <w:rPr>
          <w:color w:val="000000"/>
          <w:sz w:val="18"/>
        </w:rPr>
        <w:t>Type: cruiser;  Length overall: 36';  Owner: John Sorenson;  Builder: Jensen &amp; Sons</w:t>
      </w:r>
      <w:r>
        <w:br/>
      </w:r>
      <w:r>
        <w:rPr>
          <w:color w:val="000000"/>
        </w:rPr>
        <w:t>“Raised deck cruiser.” Rudder, Nov 1951, pp. 38-9.</w:t>
      </w:r>
    </w:p>
    <w:p w14:paraId="1B230502" w14:textId="77777777" w:rsidR="008B157E" w:rsidRDefault="00000000">
      <w:pPr>
        <w:keepLines/>
        <w:spacing w:after="140" w:line="245" w:lineRule="auto"/>
        <w:ind w:left="317" w:hanging="317"/>
      </w:pPr>
      <w:r>
        <w:rPr>
          <w:color w:val="000000"/>
          <w:sz w:val="18"/>
        </w:rPr>
        <w:t>Type: sloop;  Length overall: 22' 4";  Owner: Robert Lally;  Garden design: 244</w:t>
      </w:r>
      <w:r>
        <w:br/>
      </w:r>
      <w:r>
        <w:rPr>
          <w:color w:val="000000"/>
        </w:rPr>
        <w:t>“Rough water cabin sloop.” Rudder, May 1952, pp. 38.</w:t>
      </w:r>
    </w:p>
    <w:p w14:paraId="2983DCF8" w14:textId="77777777" w:rsidR="008B157E" w:rsidRDefault="00000000">
      <w:pPr>
        <w:keepLines/>
        <w:spacing w:after="140" w:line="245" w:lineRule="auto"/>
        <w:ind w:left="317" w:hanging="317"/>
      </w:pPr>
      <w:r>
        <w:rPr>
          <w:color w:val="000000"/>
          <w:sz w:val="18"/>
        </w:rPr>
        <w:t>Type: sloop;  Length overall: 32'</w:t>
      </w:r>
      <w:r>
        <w:br/>
      </w:r>
      <w:r>
        <w:rPr>
          <w:color w:val="000000"/>
        </w:rPr>
        <w:t>“Round tern sloop.” Rudder, pp. 36.</w:t>
      </w:r>
    </w:p>
    <w:p w14:paraId="42C0D542" w14:textId="77777777" w:rsidR="008B157E" w:rsidRDefault="00000000">
      <w:pPr>
        <w:keepNext/>
        <w:spacing w:before="160"/>
      </w:pPr>
      <w:r>
        <w:rPr>
          <w:b/>
          <w:color w:val="1F4E78"/>
          <w:sz w:val="26"/>
        </w:rPr>
        <w:t>S</w:t>
      </w:r>
    </w:p>
    <w:p w14:paraId="7AC22388" w14:textId="77777777" w:rsidR="008B157E" w:rsidRDefault="00000000">
      <w:pPr>
        <w:keepLines/>
        <w:spacing w:after="140" w:line="245" w:lineRule="auto"/>
        <w:ind w:left="317" w:hanging="317"/>
      </w:pPr>
      <w:r>
        <w:rPr>
          <w:color w:val="000000"/>
          <w:sz w:val="18"/>
        </w:rPr>
        <w:t>Type: schooner;  Length overall: 40';  Owner: Earl Long</w:t>
      </w:r>
      <w:r>
        <w:br/>
      </w:r>
      <w:r>
        <w:rPr>
          <w:color w:val="000000"/>
        </w:rPr>
        <w:t>“Schooner by Garden.” Rudder, Sep 1952, pp. 36.</w:t>
      </w:r>
    </w:p>
    <w:p w14:paraId="04DA2174" w14:textId="77777777" w:rsidR="008B157E" w:rsidRDefault="00000000">
      <w:pPr>
        <w:keepLines/>
        <w:spacing w:after="140" w:line="245" w:lineRule="auto"/>
        <w:ind w:left="317" w:hanging="317"/>
      </w:pPr>
      <w:r>
        <w:rPr>
          <w:color w:val="000000"/>
          <w:sz w:val="18"/>
        </w:rPr>
        <w:t>Type: diesel yacht</w:t>
      </w:r>
      <w:r>
        <w:br/>
      </w:r>
      <w:r>
        <w:rPr>
          <w:color w:val="000000"/>
        </w:rPr>
        <w:t>“Seagoing Power Boats with steadying sails.” 100 Yacht &amp; Vessel Designs, pp. 37.</w:t>
      </w:r>
    </w:p>
    <w:p w14:paraId="3F421B29" w14:textId="77777777" w:rsidR="008B157E" w:rsidRDefault="00000000">
      <w:pPr>
        <w:keepLines/>
        <w:spacing w:after="140" w:line="245" w:lineRule="auto"/>
        <w:ind w:left="317" w:hanging="317"/>
      </w:pPr>
      <w:r>
        <w:rPr>
          <w:color w:val="000000"/>
          <w:sz w:val="18"/>
        </w:rPr>
        <w:t>Type: deisel yacht (wood);  Length overall: 58';  Owner: V. M. Wolfkill</w:t>
      </w:r>
      <w:r>
        <w:br/>
      </w:r>
      <w:r>
        <w:rPr>
          <w:color w:val="000000"/>
        </w:rPr>
        <w:t>“Seagoing Power Boats with steadying sails.” 100 Yacht &amp; Vessel Designs, pp. 38.</w:t>
      </w:r>
    </w:p>
    <w:p w14:paraId="6618BA53" w14:textId="77777777" w:rsidR="008B157E" w:rsidRDefault="00000000">
      <w:pPr>
        <w:keepLines/>
        <w:spacing w:after="140" w:line="245" w:lineRule="auto"/>
        <w:ind w:left="317" w:hanging="317"/>
      </w:pPr>
      <w:r>
        <w:rPr>
          <w:color w:val="000000"/>
          <w:sz w:val="18"/>
        </w:rPr>
        <w:t>Type: seine;  Length overall: 34';  Owner: Dave Buvic</w:t>
      </w:r>
      <w:r>
        <w:br/>
      </w:r>
      <w:r>
        <w:rPr>
          <w:color w:val="000000"/>
        </w:rPr>
        <w:t>“Seine boat.” Rudder, Nov 1952, pp. 47.</w:t>
      </w:r>
    </w:p>
    <w:p w14:paraId="5DB0F876" w14:textId="77777777" w:rsidR="008B157E" w:rsidRDefault="00000000">
      <w:pPr>
        <w:keepLines/>
        <w:spacing w:after="140" w:line="245" w:lineRule="auto"/>
        <w:ind w:left="317" w:hanging="317"/>
      </w:pPr>
      <w:r>
        <w:rPr>
          <w:color w:val="000000"/>
          <w:sz w:val="18"/>
        </w:rPr>
        <w:t>Type: seiner;  Length overall: 52'</w:t>
      </w:r>
      <w:r>
        <w:br/>
      </w:r>
      <w:r>
        <w:rPr>
          <w:color w:val="000000"/>
        </w:rPr>
        <w:t>“Seine Boat by Garden.” 100 Yacht &amp; Vessel Designs, pp. 67.</w:t>
      </w:r>
    </w:p>
    <w:p w14:paraId="6938BFCD" w14:textId="77777777" w:rsidR="008B157E" w:rsidRDefault="00000000">
      <w:pPr>
        <w:keepLines/>
        <w:spacing w:after="140" w:line="245" w:lineRule="auto"/>
        <w:ind w:left="317" w:hanging="317"/>
      </w:pPr>
      <w:r>
        <w:rPr>
          <w:color w:val="000000"/>
          <w:sz w:val="18"/>
        </w:rPr>
        <w:t>Type: seine boat;  Length overall: 52';  Owner: Thomas Nelson, etal;  Builder: Howard Roberts</w:t>
      </w:r>
      <w:r>
        <w:br/>
      </w:r>
      <w:r>
        <w:rPr>
          <w:color w:val="000000"/>
        </w:rPr>
        <w:t>“Seine boat by Garden.” Rudder, Sep 1949, pp. 30.</w:t>
      </w:r>
    </w:p>
    <w:p w14:paraId="4122FBC1" w14:textId="77777777" w:rsidR="008B157E" w:rsidRDefault="00000000">
      <w:pPr>
        <w:keepLines/>
        <w:spacing w:after="140" w:line="245" w:lineRule="auto"/>
        <w:ind w:left="317" w:hanging="317"/>
      </w:pPr>
      <w:r>
        <w:rPr>
          <w:color w:val="000000"/>
          <w:sz w:val="18"/>
        </w:rPr>
        <w:lastRenderedPageBreak/>
        <w:t>Type: seine boat;  Length overall: 36' 9";  Garden design: 183</w:t>
      </w:r>
      <w:r>
        <w:br/>
      </w:r>
      <w:r>
        <w:rPr>
          <w:color w:val="000000"/>
        </w:rPr>
        <w:t>“Seine boat by Garden.” Rudder, Dec 1950, pp. 40.</w:t>
      </w:r>
    </w:p>
    <w:p w14:paraId="7621049C" w14:textId="77777777" w:rsidR="008B157E" w:rsidRDefault="00000000">
      <w:pPr>
        <w:keepLines/>
        <w:spacing w:after="140" w:line="245" w:lineRule="auto"/>
        <w:ind w:left="317" w:hanging="317"/>
      </w:pPr>
      <w:r>
        <w:rPr>
          <w:color w:val="000000"/>
          <w:sz w:val="18"/>
        </w:rPr>
        <w:t>Type: seiner;  Length overall: 56';  Owner: Unknown;  Builder: Bellingham Shipyards Co/Bellingham,WA</w:t>
      </w:r>
      <w:r>
        <w:br/>
      </w:r>
      <w:r>
        <w:rPr>
          <w:color w:val="000000"/>
        </w:rPr>
        <w:t>“Seiner.” 100 Yacht &amp; Vessel Designs.</w:t>
      </w:r>
    </w:p>
    <w:p w14:paraId="6BBACB48" w14:textId="6FC641D5" w:rsidR="008B157E" w:rsidRDefault="00000000">
      <w:pPr>
        <w:keepLines/>
        <w:spacing w:after="140" w:line="245" w:lineRule="auto"/>
        <w:ind w:left="317" w:hanging="317"/>
      </w:pPr>
      <w:r>
        <w:rPr>
          <w:color w:val="000000"/>
          <w:sz w:val="18"/>
        </w:rPr>
        <w:t>Type: seiner;  Length overall: 70';  Garden design: 66</w:t>
      </w:r>
      <w:r>
        <w:br/>
      </w:r>
      <w:r>
        <w:rPr>
          <w:color w:val="000000"/>
        </w:rPr>
        <w:t>“Seiner by Garden.” Rudder, pp. 37.</w:t>
      </w:r>
      <w:r>
        <w:rPr>
          <w:color w:val="9C5700"/>
          <w:sz w:val="18"/>
        </w:rPr>
        <w:br/>
        <w:t>Source data appears to indicate vol. 60, no. 3</w:t>
      </w:r>
    </w:p>
    <w:p w14:paraId="781577AC" w14:textId="77777777" w:rsidR="008B157E" w:rsidRDefault="00000000">
      <w:pPr>
        <w:keepLines/>
        <w:spacing w:after="140" w:line="245" w:lineRule="auto"/>
        <w:ind w:left="317" w:hanging="317"/>
      </w:pPr>
      <w:r>
        <w:rPr>
          <w:color w:val="000000"/>
          <w:sz w:val="18"/>
        </w:rPr>
        <w:t>Type: brigantines;  Length overall: 70';  Owner: Unknown;  Builder: Keelung, Taiwan;  Garden design: 383;  SP Coll. 096 catalog: 96.303</w:t>
      </w:r>
      <w:r>
        <w:br/>
      </w:r>
      <w:r>
        <w:rPr>
          <w:color w:val="000000"/>
        </w:rPr>
        <w:t>“Shades of the 1900's.” 100 Yacht &amp; Vessel Designs, pp. 55.</w:t>
      </w:r>
    </w:p>
    <w:p w14:paraId="6A9CFEB0" w14:textId="77777777" w:rsidR="008B157E" w:rsidRDefault="00000000">
      <w:pPr>
        <w:keepLines/>
        <w:spacing w:after="140" w:line="245" w:lineRule="auto"/>
        <w:ind w:left="317" w:hanging="317"/>
      </w:pPr>
      <w:r>
        <w:rPr>
          <w:color w:val="000000"/>
          <w:sz w:val="18"/>
        </w:rPr>
        <w:t>Type: sloop;  Length overall: 30';  Owner: Dean Ross;  Garden design: 247</w:t>
      </w:r>
      <w:r>
        <w:br/>
      </w:r>
      <w:r>
        <w:rPr>
          <w:color w:val="000000"/>
        </w:rPr>
        <w:t>“Sloop by Garden.” Rudder, Feb 1953, pp. 42.</w:t>
      </w:r>
    </w:p>
    <w:p w14:paraId="23E393DC" w14:textId="4441B65B" w:rsidR="008B157E" w:rsidRDefault="00000000">
      <w:pPr>
        <w:keepLines/>
        <w:spacing w:after="140" w:line="245" w:lineRule="auto"/>
        <w:ind w:left="317" w:hanging="317"/>
      </w:pPr>
      <w:r>
        <w:rPr>
          <w:color w:val="000000"/>
          <w:sz w:val="18"/>
        </w:rPr>
        <w:t>Type: cruiser;  Length overall: 19';  Owner: Merton Christianson;  Garden design: 131</w:t>
      </w:r>
      <w:r>
        <w:br/>
      </w:r>
      <w:r>
        <w:rPr>
          <w:color w:val="000000"/>
        </w:rPr>
        <w:t>“Small cruiser by Garden.” Rudder, Jan 1951, pp. 70-1.</w:t>
      </w:r>
    </w:p>
    <w:p w14:paraId="6CAC244E" w14:textId="77777777" w:rsidR="008B157E" w:rsidRDefault="00000000">
      <w:pPr>
        <w:keepLines/>
        <w:spacing w:after="140" w:line="245" w:lineRule="auto"/>
        <w:ind w:left="317" w:hanging="317"/>
      </w:pPr>
      <w:r>
        <w:rPr>
          <w:color w:val="000000"/>
          <w:sz w:val="18"/>
        </w:rPr>
        <w:t>Type: pilot boat;  Length overall: 40';  Garden design: 235 A;  SP Coll. 096 catalog: 96.563</w:t>
      </w:r>
      <w:r>
        <w:br/>
      </w:r>
      <w:r>
        <w:rPr>
          <w:color w:val="000000"/>
        </w:rPr>
        <w:t>“Special service boats.” 100 Yacht &amp; Vessel Designs, pp. 61.</w:t>
      </w:r>
    </w:p>
    <w:p w14:paraId="22F9A5D2" w14:textId="77777777" w:rsidR="008B157E" w:rsidRDefault="00000000">
      <w:pPr>
        <w:keepLines/>
        <w:spacing w:after="140" w:line="245" w:lineRule="auto"/>
        <w:ind w:left="317" w:hanging="317"/>
      </w:pPr>
      <w:r>
        <w:rPr>
          <w:color w:val="000000"/>
          <w:sz w:val="18"/>
        </w:rPr>
        <w:t>Type: harbor patrol;  Length overall: 40';  Owner: City of Seattle;  Builder: West Coast Marine/Seattle, WA;  Garden design: 439;  SP Coll. 096 catalog: 96.357</w:t>
      </w:r>
      <w:r>
        <w:br/>
      </w:r>
      <w:r>
        <w:rPr>
          <w:color w:val="000000"/>
        </w:rPr>
        <w:t>“Special service boats.” 100 Yacht &amp; Vessel Designs, pp. 61.</w:t>
      </w:r>
    </w:p>
    <w:p w14:paraId="5E5B28E7" w14:textId="77777777" w:rsidR="008B157E" w:rsidRDefault="00000000">
      <w:pPr>
        <w:keepLines/>
        <w:spacing w:after="140" w:line="245" w:lineRule="auto"/>
        <w:ind w:left="317" w:hanging="317"/>
      </w:pPr>
      <w:r>
        <w:rPr>
          <w:color w:val="000000"/>
          <w:sz w:val="18"/>
        </w:rPr>
        <w:t>Type: sloop;  Length overall: 26';  Owner: R. T. Palmer</w:t>
      </w:r>
      <w:r>
        <w:br/>
      </w:r>
      <w:r>
        <w:rPr>
          <w:color w:val="000000"/>
        </w:rPr>
        <w:t>“Steel sloop.” Rudder, Mar 1951, pp. 42.</w:t>
      </w:r>
    </w:p>
    <w:p w14:paraId="6A3D07EC" w14:textId="77777777" w:rsidR="008B157E" w:rsidRDefault="00000000">
      <w:pPr>
        <w:keepNext/>
        <w:spacing w:before="160"/>
      </w:pPr>
      <w:r>
        <w:rPr>
          <w:b/>
          <w:color w:val="1F4E78"/>
          <w:sz w:val="26"/>
        </w:rPr>
        <w:t>T</w:t>
      </w:r>
    </w:p>
    <w:p w14:paraId="4265D90D" w14:textId="77777777" w:rsidR="008B157E" w:rsidRDefault="00000000">
      <w:pPr>
        <w:keepLines/>
        <w:spacing w:after="140" w:line="245" w:lineRule="auto"/>
        <w:ind w:left="317" w:hanging="317"/>
      </w:pPr>
      <w:r>
        <w:rPr>
          <w:color w:val="000000"/>
          <w:sz w:val="18"/>
        </w:rPr>
        <w:t>Type: schooner;  Length overall: 60';  Owner: Rex LaViano</w:t>
      </w:r>
      <w:r>
        <w:br/>
      </w:r>
      <w:r>
        <w:rPr>
          <w:color w:val="000000"/>
        </w:rPr>
        <w:t>“Topsail schooner.” Rudder, May 1964, pp. 72.</w:t>
      </w:r>
    </w:p>
    <w:p w14:paraId="5844AC46" w14:textId="77777777" w:rsidR="008B157E" w:rsidRDefault="00000000">
      <w:pPr>
        <w:keepLines/>
        <w:spacing w:after="140" w:line="245" w:lineRule="auto"/>
        <w:ind w:left="317" w:hanging="317"/>
      </w:pPr>
      <w:r>
        <w:rPr>
          <w:color w:val="000000"/>
          <w:sz w:val="18"/>
        </w:rPr>
        <w:t>Type: troller;  Length overall: 32';  Owner: Coly Efishoff;  Garden design: 156;  SP Coll. 096 catalog: 96.81</w:t>
      </w:r>
      <w:r>
        <w:br/>
      </w:r>
      <w:r>
        <w:rPr>
          <w:color w:val="000000"/>
        </w:rPr>
        <w:t>“Troller by Garden.” Rudder, Nov 1949, pp. 43.</w:t>
      </w:r>
    </w:p>
    <w:p w14:paraId="5D91F07D" w14:textId="77777777" w:rsidR="008B157E" w:rsidRDefault="00000000">
      <w:pPr>
        <w:keepLines/>
        <w:spacing w:after="140" w:line="245" w:lineRule="auto"/>
        <w:ind w:left="317" w:hanging="317"/>
      </w:pPr>
      <w:r>
        <w:rPr>
          <w:color w:val="000000"/>
          <w:sz w:val="18"/>
        </w:rPr>
        <w:t>Type: troller;  Length overall: 32';  Owner: Wm. Wood;  Garden design: 156;  SP Coll. 096 catalog: 96.891</w:t>
      </w:r>
      <w:r>
        <w:br/>
      </w:r>
      <w:r>
        <w:rPr>
          <w:color w:val="000000"/>
        </w:rPr>
        <w:t>“Troller by Garden.” Rudder, Nov 1949, pp. 43.</w:t>
      </w:r>
    </w:p>
    <w:p w14:paraId="42C3DD4D" w14:textId="77777777" w:rsidR="008B157E" w:rsidRDefault="00000000">
      <w:pPr>
        <w:keepLines/>
        <w:spacing w:after="140" w:line="245" w:lineRule="auto"/>
        <w:ind w:left="317" w:hanging="317"/>
      </w:pPr>
      <w:r>
        <w:rPr>
          <w:color w:val="000000"/>
          <w:sz w:val="18"/>
        </w:rPr>
        <w:t>Type: clipper;  Length overall: 57';  Builder: Robert Smith</w:t>
      </w:r>
      <w:r>
        <w:br/>
      </w:r>
      <w:r>
        <w:rPr>
          <w:color w:val="000000"/>
        </w:rPr>
        <w:t>“Tuna clipper.” 100 Yacht &amp; Vessel Designs, pp. 63.</w:t>
      </w:r>
    </w:p>
    <w:p w14:paraId="6F0DB068" w14:textId="77777777" w:rsidR="008B157E" w:rsidRDefault="00000000">
      <w:pPr>
        <w:keepLines/>
        <w:spacing w:after="140" w:line="245" w:lineRule="auto"/>
        <w:ind w:left="317" w:hanging="317"/>
      </w:pPr>
      <w:r>
        <w:rPr>
          <w:color w:val="000000"/>
          <w:sz w:val="18"/>
        </w:rPr>
        <w:t>Type: clipper;  Length overall: 57';  Builder: Robert Smith</w:t>
      </w:r>
      <w:r>
        <w:br/>
      </w:r>
      <w:r>
        <w:rPr>
          <w:color w:val="000000"/>
        </w:rPr>
        <w:t>“Tuna clipper.” Rudder, Dec 1952, pp. 63.</w:t>
      </w:r>
    </w:p>
    <w:p w14:paraId="7B357306" w14:textId="77777777" w:rsidR="008B157E" w:rsidRDefault="00000000">
      <w:pPr>
        <w:keepLines/>
        <w:spacing w:after="140" w:line="245" w:lineRule="auto"/>
        <w:ind w:left="317" w:hanging="317"/>
      </w:pPr>
      <w:r>
        <w:rPr>
          <w:color w:val="000000"/>
          <w:sz w:val="18"/>
        </w:rPr>
        <w:t>Type: cruiser;  Length overall: 32';  Owner: Peter Schmidt;  Builder: Monson Boat Co./Seattle</w:t>
      </w:r>
      <w:r>
        <w:br/>
      </w:r>
      <w:r>
        <w:rPr>
          <w:color w:val="000000"/>
        </w:rPr>
        <w:t>“Tunnel stern diesel 32-footer.” Yachting, Mar 1953, pp. 60.</w:t>
      </w:r>
    </w:p>
    <w:p w14:paraId="4C8AA716" w14:textId="77777777" w:rsidR="008B157E" w:rsidRDefault="00000000">
      <w:pPr>
        <w:keepLines/>
        <w:spacing w:after="140" w:line="245" w:lineRule="auto"/>
        <w:ind w:left="317" w:hanging="317"/>
      </w:pPr>
      <w:r>
        <w:rPr>
          <w:color w:val="000000"/>
          <w:sz w:val="18"/>
        </w:rPr>
        <w:t>Type: cruiser;  Length overall: 32' 3";  Owner: Peter Schmidt;  Builder: Monson Boat Co., Seattle;  Garden design: 248;  SP Coll. 096 catalog: 96.155</w:t>
      </w:r>
      <w:r>
        <w:br/>
      </w:r>
      <w:r>
        <w:rPr>
          <w:color w:val="000000"/>
        </w:rPr>
        <w:t>“Tunnel Stern diesel cruiser.” Rudder, Jan 1953, pp. 66.</w:t>
      </w:r>
    </w:p>
    <w:p w14:paraId="7E38E535" w14:textId="77777777" w:rsidR="008B157E" w:rsidRDefault="00000000">
      <w:pPr>
        <w:keepLines/>
        <w:spacing w:after="140" w:line="245" w:lineRule="auto"/>
        <w:ind w:left="317" w:hanging="317"/>
      </w:pPr>
      <w:r>
        <w:rPr>
          <w:color w:val="000000"/>
          <w:sz w:val="18"/>
        </w:rPr>
        <w:t>Type: cruiser;  Length overall: 32' 3";  Builder: Joel Moss/Cook Inlet, AK;  Garden design: 248;  SP Coll. 096 catalog: 96.155</w:t>
      </w:r>
      <w:r>
        <w:br/>
      </w:r>
      <w:r>
        <w:rPr>
          <w:color w:val="000000"/>
        </w:rPr>
        <w:t>“Tunnel stern diesel cruiser.” Rudder, Jan 1953, pp. 66.</w:t>
      </w:r>
    </w:p>
    <w:p w14:paraId="67BE29DF" w14:textId="77777777" w:rsidR="008B157E" w:rsidRDefault="00000000">
      <w:pPr>
        <w:keepLines/>
        <w:spacing w:after="140" w:line="245" w:lineRule="auto"/>
        <w:ind w:left="317" w:hanging="317"/>
      </w:pPr>
      <w:r>
        <w:rPr>
          <w:color w:val="000000"/>
          <w:sz w:val="18"/>
        </w:rPr>
        <w:t>Type: cruiser;  Length overall: 32' 3";  Owner: Peter Schmidt;  Builder: Monson Boat Co./Seattle;  Garden design: 248;  SP Coll. 096 catalog: 96.155</w:t>
      </w:r>
      <w:r>
        <w:br/>
      </w:r>
      <w:r>
        <w:rPr>
          <w:color w:val="000000"/>
        </w:rPr>
        <w:t>“Tunnel stern diesel cruiser.” 100 Yacht &amp; Vessel Designs, pp. 66.</w:t>
      </w:r>
    </w:p>
    <w:p w14:paraId="05594787" w14:textId="77777777" w:rsidR="008B157E" w:rsidRDefault="00000000">
      <w:pPr>
        <w:keepLines/>
        <w:spacing w:after="140" w:line="245" w:lineRule="auto"/>
        <w:ind w:left="317" w:hanging="317"/>
      </w:pPr>
      <w:r>
        <w:rPr>
          <w:color w:val="000000"/>
          <w:sz w:val="18"/>
        </w:rPr>
        <w:t>Type: cruiser;  Length overall: 32' 3";  Owner: Joel Mos;  Builder: Joel Moss/Cook Inlet, AK;  Garden design: 248;  SP Coll. 096 catalog: 96.155</w:t>
      </w:r>
      <w:r>
        <w:br/>
      </w:r>
      <w:r>
        <w:rPr>
          <w:color w:val="000000"/>
        </w:rPr>
        <w:t>“Tunnel stern diesel cruiser.” 100 Yacht &amp; Vessel Designs, pp. 66.</w:t>
      </w:r>
    </w:p>
    <w:p w14:paraId="4D19AEA7" w14:textId="77777777" w:rsidR="008B157E" w:rsidRDefault="00000000">
      <w:pPr>
        <w:keepLines/>
        <w:spacing w:after="140" w:line="245" w:lineRule="auto"/>
        <w:ind w:left="317" w:hanging="317"/>
      </w:pPr>
      <w:r>
        <w:rPr>
          <w:color w:val="000000"/>
          <w:sz w:val="18"/>
        </w:rPr>
        <w:t>Length overall: 24';  Owner: Royal Lesher</w:t>
      </w:r>
      <w:r>
        <w:br/>
      </w:r>
      <w:r>
        <w:rPr>
          <w:color w:val="000000"/>
        </w:rPr>
        <w:t>“Two boats by Garden.” Rudder, Jan 1952, pp. 44.</w:t>
      </w:r>
    </w:p>
    <w:p w14:paraId="6D4E27BD" w14:textId="77777777" w:rsidR="008B157E" w:rsidRDefault="00000000">
      <w:pPr>
        <w:keepLines/>
        <w:spacing w:after="140" w:line="245" w:lineRule="auto"/>
        <w:ind w:left="317" w:hanging="317"/>
      </w:pPr>
      <w:r>
        <w:rPr>
          <w:color w:val="000000"/>
          <w:sz w:val="18"/>
        </w:rPr>
        <w:lastRenderedPageBreak/>
        <w:t>Type: patrol boat;  Length overall: 24';  Builder: Charlie Taylor</w:t>
      </w:r>
      <w:r>
        <w:br/>
      </w:r>
      <w:r>
        <w:rPr>
          <w:color w:val="000000"/>
        </w:rPr>
        <w:t>“Two boats by Garden.” Rudder, Mar 1953, pp. 44.</w:t>
      </w:r>
    </w:p>
    <w:p w14:paraId="6A576D27" w14:textId="77777777" w:rsidR="008B157E" w:rsidRDefault="00000000">
      <w:pPr>
        <w:keepLines/>
        <w:spacing w:after="140" w:line="245" w:lineRule="auto"/>
        <w:ind w:left="317" w:hanging="317"/>
      </w:pPr>
      <w:r>
        <w:rPr>
          <w:color w:val="000000"/>
          <w:sz w:val="18"/>
        </w:rPr>
        <w:t>Type: weir tender;  Length overall: 24';  Builder: Chamber &amp; Franck</w:t>
      </w:r>
      <w:r>
        <w:br/>
      </w:r>
      <w:r>
        <w:rPr>
          <w:color w:val="000000"/>
        </w:rPr>
        <w:t>“Two boats by Garden.” Rudder, Mar 1953, pp. 44.</w:t>
      </w:r>
    </w:p>
    <w:p w14:paraId="370355CC" w14:textId="77777777" w:rsidR="008B157E" w:rsidRDefault="00000000">
      <w:pPr>
        <w:keepLines/>
        <w:spacing w:after="140" w:line="245" w:lineRule="auto"/>
        <w:ind w:left="317" w:hanging="317"/>
      </w:pPr>
      <w:r>
        <w:rPr>
          <w:color w:val="000000"/>
          <w:sz w:val="18"/>
        </w:rPr>
        <w:t>Length overall: 32';  Owner: E.G. Beaumont;  Builder: Nelson's</w:t>
      </w:r>
      <w:r>
        <w:br/>
      </w:r>
      <w:r>
        <w:rPr>
          <w:color w:val="000000"/>
        </w:rPr>
        <w:t>“Two boats by Garden.” Rudder, Jan 1952, pp. 44.</w:t>
      </w:r>
    </w:p>
    <w:p w14:paraId="15FF4AC7" w14:textId="77777777" w:rsidR="008B157E" w:rsidRDefault="00000000">
      <w:pPr>
        <w:keepLines/>
        <w:spacing w:after="140" w:line="245" w:lineRule="auto"/>
        <w:ind w:left="317" w:hanging="317"/>
      </w:pPr>
      <w:r>
        <w:rPr>
          <w:color w:val="000000"/>
          <w:sz w:val="18"/>
        </w:rPr>
        <w:t>Length overall: 24';  Owner: Davis Leask</w:t>
      </w:r>
      <w:r>
        <w:br/>
      </w:r>
      <w:r>
        <w:rPr>
          <w:color w:val="000000"/>
        </w:rPr>
        <w:t>“Two boats by Garden.” Rudder, Jan 1952, pp. 44.</w:t>
      </w:r>
    </w:p>
    <w:p w14:paraId="7DE47BB2" w14:textId="77777777" w:rsidR="008B157E" w:rsidRDefault="00000000">
      <w:pPr>
        <w:keepLines/>
        <w:spacing w:after="140" w:line="245" w:lineRule="auto"/>
        <w:ind w:left="317" w:hanging="317"/>
      </w:pPr>
      <w:r>
        <w:rPr>
          <w:color w:val="000000"/>
          <w:sz w:val="18"/>
        </w:rPr>
        <w:t>Type: tug;  Length overall: 30';  Builder: Pacific Power Boat Co</w:t>
      </w:r>
      <w:r>
        <w:br/>
      </w:r>
      <w:r>
        <w:rPr>
          <w:color w:val="000000"/>
        </w:rPr>
        <w:t>“Two British Columbia Tugs.” 100 Yacht &amp; Vessel Designs, pp. 62.</w:t>
      </w:r>
    </w:p>
    <w:p w14:paraId="416A5FD6" w14:textId="77777777" w:rsidR="008B157E" w:rsidRDefault="00000000">
      <w:pPr>
        <w:keepNext/>
        <w:spacing w:before="160"/>
      </w:pPr>
      <w:r>
        <w:rPr>
          <w:b/>
          <w:color w:val="1F4E78"/>
          <w:sz w:val="26"/>
        </w:rPr>
        <w:t>W</w:t>
      </w:r>
    </w:p>
    <w:p w14:paraId="28EB7E78" w14:textId="77777777" w:rsidR="008B157E" w:rsidRDefault="00000000">
      <w:pPr>
        <w:keepLines/>
        <w:spacing w:after="140" w:line="245" w:lineRule="auto"/>
        <w:ind w:left="317" w:hanging="317"/>
      </w:pPr>
      <w:r>
        <w:rPr>
          <w:color w:val="000000"/>
          <w:sz w:val="18"/>
        </w:rPr>
        <w:t>Type: cruiser;  Length overall: 42';  Owner: Jess Mincks;  Builder: Starlet Corp;  Garden design: 447;  SP Coll. 096 catalog: 96.366</w:t>
      </w:r>
      <w:r>
        <w:br/>
      </w:r>
      <w:r>
        <w:rPr>
          <w:color w:val="000000"/>
        </w:rPr>
        <w:t>“Wanderer class diesel cruisers Plan A.” 100 Yacht &amp; Vessel Designs, pp. 23.</w:t>
      </w:r>
    </w:p>
    <w:p w14:paraId="6D5F8062" w14:textId="77777777" w:rsidR="008B157E" w:rsidRDefault="00000000">
      <w:pPr>
        <w:keepLines/>
        <w:spacing w:after="140" w:line="245" w:lineRule="auto"/>
        <w:ind w:left="317" w:hanging="317"/>
      </w:pPr>
      <w:r>
        <w:rPr>
          <w:color w:val="000000"/>
          <w:sz w:val="18"/>
        </w:rPr>
        <w:t>Type: cruiser;  Length overall: 42';  Owner: Gordon Stephenss;  Builder: Starlet Corp;  Garden design: 447;  SP Coll. 096 catalog: 96.366</w:t>
      </w:r>
      <w:r>
        <w:br/>
      </w:r>
      <w:r>
        <w:rPr>
          <w:color w:val="000000"/>
        </w:rPr>
        <w:t>“Wanderer class diesel cruisers Plan A.” 100 Yacht &amp; Vessel Designs, pp. 23.</w:t>
      </w:r>
    </w:p>
    <w:p w14:paraId="03CD11B0" w14:textId="77777777" w:rsidR="008B157E" w:rsidRDefault="00000000">
      <w:pPr>
        <w:keepLines/>
        <w:spacing w:after="140" w:line="245" w:lineRule="auto"/>
        <w:ind w:left="317" w:hanging="317"/>
      </w:pPr>
      <w:r>
        <w:rPr>
          <w:color w:val="000000"/>
          <w:sz w:val="18"/>
        </w:rPr>
        <w:t>Type: cruiser;  Length overall: 42';  Owner: Dr. R.C. Browning;  Builder: Starlet Corp;  Garden design: 447;  SP Coll. 096 catalog: 96.366</w:t>
      </w:r>
      <w:r>
        <w:br/>
      </w:r>
      <w:r>
        <w:rPr>
          <w:color w:val="000000"/>
        </w:rPr>
        <w:t>“Wanderer class diesel cruisers Plan A.” 100 Yacht &amp; Vessel Designs, pp. 23.</w:t>
      </w:r>
    </w:p>
    <w:p w14:paraId="6D2C3792" w14:textId="77777777" w:rsidR="008B157E" w:rsidRDefault="00000000">
      <w:pPr>
        <w:keepLines/>
        <w:spacing w:after="140" w:line="245" w:lineRule="auto"/>
        <w:ind w:left="317" w:hanging="317"/>
      </w:pPr>
      <w:r>
        <w:rPr>
          <w:color w:val="000000"/>
          <w:sz w:val="18"/>
        </w:rPr>
        <w:t>Type: cruiser;  Length overall: 42';  Owner: Jake Moxness;  Builder: Vic Franck/Seattle;  Garden design: 447;  SP Coll. 096 catalog: 96.366</w:t>
      </w:r>
      <w:r>
        <w:br/>
      </w:r>
      <w:r>
        <w:rPr>
          <w:color w:val="000000"/>
        </w:rPr>
        <w:t>“Wanderer class diesel cruisers Plan A.” 100 Yacht &amp; Vessel Designs, pp. 23.</w:t>
      </w:r>
    </w:p>
    <w:p w14:paraId="545CC370" w14:textId="77777777" w:rsidR="008B157E" w:rsidRDefault="00000000">
      <w:pPr>
        <w:keepLines/>
        <w:spacing w:after="140" w:line="245" w:lineRule="auto"/>
        <w:ind w:left="317" w:hanging="317"/>
      </w:pPr>
      <w:r>
        <w:rPr>
          <w:color w:val="000000"/>
          <w:sz w:val="18"/>
        </w:rPr>
        <w:t>Type: cruiser</w:t>
      </w:r>
      <w:r>
        <w:br/>
      </w:r>
      <w:r>
        <w:rPr>
          <w:color w:val="000000"/>
        </w:rPr>
        <w:t>While, J./Comment. “Heavy cruiser: return of the romantic cogge.” WoodenBoat, Mar/Apr 1989, pp. 119-22.</w:t>
      </w:r>
    </w:p>
    <w:p w14:paraId="05C29302" w14:textId="77777777" w:rsidR="008B157E" w:rsidRDefault="00000000">
      <w:pPr>
        <w:keepLines/>
        <w:spacing w:after="140" w:line="245" w:lineRule="auto"/>
        <w:ind w:left="317" w:hanging="317"/>
      </w:pPr>
      <w:r>
        <w:rPr>
          <w:color w:val="000000"/>
          <w:sz w:val="18"/>
        </w:rPr>
        <w:t>Type: sloop</w:t>
      </w:r>
      <w:r>
        <w:br/>
      </w:r>
      <w:r>
        <w:rPr>
          <w:color w:val="000000"/>
        </w:rPr>
        <w:t>While, J./Comment. “Oceanus-old and new: a canoe-sterned sloop and her.” WoodenBoat, Mar/Apr 1988, pp. 126-9.</w:t>
      </w:r>
    </w:p>
    <w:p w14:paraId="148E55BF" w14:textId="77777777" w:rsidR="008B157E" w:rsidRDefault="00000000">
      <w:pPr>
        <w:keepNext/>
        <w:spacing w:before="200" w:after="140"/>
      </w:pPr>
      <w:r>
        <w:rPr>
          <w:b/>
          <w:color w:val="000000"/>
          <w:sz w:val="28"/>
        </w:rPr>
        <w:t>Citations without boat or design associations</w:t>
      </w:r>
    </w:p>
    <w:p w14:paraId="337C45B2" w14:textId="77777777" w:rsidR="008B157E" w:rsidRDefault="00000000">
      <w:pPr>
        <w:keepNext/>
        <w:spacing w:before="160"/>
      </w:pPr>
      <w:r>
        <w:rPr>
          <w:b/>
          <w:color w:val="1F4E78"/>
          <w:sz w:val="26"/>
        </w:rPr>
        <w:t>G</w:t>
      </w:r>
    </w:p>
    <w:p w14:paraId="418A982D" w14:textId="77777777" w:rsidR="008B157E" w:rsidRDefault="00000000">
      <w:pPr>
        <w:keepLines/>
        <w:spacing w:after="140" w:line="245" w:lineRule="auto"/>
        <w:ind w:left="317" w:hanging="317"/>
      </w:pPr>
      <w:r>
        <w:rPr>
          <w:color w:val="000000"/>
        </w:rPr>
        <w:t>Garden, W. “Ask the pros /feathers vs caulking.” WoodenBoat, Mar/Apr 1994, pp. 86-7.</w:t>
      </w:r>
    </w:p>
    <w:p w14:paraId="7CFCE05E" w14:textId="77777777" w:rsidR="008B157E" w:rsidRDefault="00000000">
      <w:pPr>
        <w:keepLines/>
        <w:spacing w:after="140" w:line="245" w:lineRule="auto"/>
        <w:ind w:left="317" w:hanging="317"/>
      </w:pPr>
      <w:r>
        <w:rPr>
          <w:color w:val="000000"/>
        </w:rPr>
        <w:t>Garden, W. “Right jaws for your gaff and boom.” WoodenBoat, Jul/Aug 1984, pp. 100-1.</w:t>
      </w:r>
    </w:p>
    <w:p w14:paraId="0C38772E" w14:textId="77777777" w:rsidR="008B157E" w:rsidRDefault="00000000">
      <w:pPr>
        <w:keepLines/>
        <w:spacing w:after="140" w:line="245" w:lineRule="auto"/>
        <w:ind w:left="317" w:hanging="317"/>
      </w:pPr>
      <w:r>
        <w:rPr>
          <w:color w:val="000000"/>
        </w:rPr>
        <w:t>Garden, W. “Toad's landing.” WoodenBoat, Sep/Oct 1984, pp. 96-99.</w:t>
      </w:r>
    </w:p>
    <w:p w14:paraId="6D40CB18" w14:textId="77777777" w:rsidR="008B157E" w:rsidRDefault="00000000">
      <w:pPr>
        <w:keepLines/>
        <w:spacing w:after="140" w:line="245" w:lineRule="auto"/>
        <w:ind w:left="317" w:hanging="317"/>
      </w:pPr>
      <w:r>
        <w:rPr>
          <w:color w:val="000000"/>
        </w:rPr>
        <w:t>Garden, W./Comment. “Form of therapy.” WoodenBoat, May/Jun 1985, pp. 99-101.</w:t>
      </w:r>
    </w:p>
    <w:p w14:paraId="69BC3813" w14:textId="77777777" w:rsidR="008B157E" w:rsidRDefault="00000000">
      <w:pPr>
        <w:keepLines/>
        <w:spacing w:after="140" w:line="245" w:lineRule="auto"/>
        <w:ind w:left="317" w:hanging="317"/>
      </w:pPr>
      <w:r>
        <w:rPr>
          <w:color w:val="000000"/>
        </w:rPr>
        <w:t>Garden, W./Comment. “Hooked on schooners.” WoodenBoat, Jan/Feb 1986, pp. 114-9.</w:t>
      </w:r>
    </w:p>
    <w:p w14:paraId="74C02184" w14:textId="77777777" w:rsidR="008B157E" w:rsidRDefault="00000000">
      <w:pPr>
        <w:keepLines/>
        <w:spacing w:after="140" w:line="245" w:lineRule="auto"/>
        <w:ind w:left="317" w:hanging="317"/>
      </w:pPr>
      <w:r>
        <w:rPr>
          <w:color w:val="000000"/>
        </w:rPr>
        <w:t>Garden, W./Review. “Capturing the essence of wooden boats.” WoodenBoat, Mar/Apr 1989, pp. 107.</w:t>
      </w:r>
    </w:p>
    <w:p w14:paraId="09D2C562" w14:textId="77777777" w:rsidR="008B157E" w:rsidRDefault="00000000">
      <w:pPr>
        <w:keepLines/>
        <w:spacing w:after="140" w:line="245" w:lineRule="auto"/>
        <w:ind w:left="317" w:hanging="317"/>
      </w:pPr>
      <w:r>
        <w:rPr>
          <w:color w:val="000000"/>
        </w:rPr>
        <w:t>Garden, W./Review. “Northwest Legacy;sail, steam &amp; motorships.” WoodenBoat, Nov/Dec 2000, pp. 105-6.</w:t>
      </w:r>
    </w:p>
    <w:p w14:paraId="75EB00F6" w14:textId="77777777" w:rsidR="008B157E" w:rsidRDefault="00000000">
      <w:pPr>
        <w:keepNext/>
        <w:spacing w:before="160"/>
      </w:pPr>
      <w:r>
        <w:rPr>
          <w:b/>
          <w:color w:val="1F4E78"/>
          <w:sz w:val="26"/>
        </w:rPr>
        <w:t>J</w:t>
      </w:r>
    </w:p>
    <w:p w14:paraId="5390DEB1" w14:textId="77777777" w:rsidR="008B157E" w:rsidRDefault="00000000">
      <w:pPr>
        <w:keepLines/>
        <w:spacing w:after="140" w:line="245" w:lineRule="auto"/>
        <w:ind w:left="317" w:hanging="317"/>
      </w:pPr>
      <w:r>
        <w:rPr>
          <w:color w:val="000000"/>
        </w:rPr>
        <w:t>Jackson, T. “Challenging the test/naval architect licensing.” WoodenBoat, May/Jun 2001, pp. 50-7.</w:t>
      </w:r>
    </w:p>
    <w:p w14:paraId="77BC19EB" w14:textId="77777777" w:rsidR="008B157E" w:rsidRDefault="00000000">
      <w:pPr>
        <w:keepLines/>
        <w:spacing w:after="140" w:line="245" w:lineRule="auto"/>
        <w:ind w:left="317" w:hanging="317"/>
      </w:pPr>
      <w:r>
        <w:rPr>
          <w:color w:val="000000"/>
        </w:rPr>
        <w:t>Jackson, T. “Mr. Garden's Neighborhood.” WoodenBoat, May/Jun 2002, pp. 40-7.</w:t>
      </w:r>
    </w:p>
    <w:p w14:paraId="063B429D" w14:textId="77777777" w:rsidR="008B157E" w:rsidRDefault="00000000">
      <w:pPr>
        <w:keepNext/>
        <w:spacing w:before="160"/>
      </w:pPr>
      <w:r>
        <w:rPr>
          <w:b/>
          <w:color w:val="1F4E78"/>
          <w:sz w:val="26"/>
        </w:rPr>
        <w:t>P</w:t>
      </w:r>
    </w:p>
    <w:p w14:paraId="2A77266D" w14:textId="77777777" w:rsidR="008B157E" w:rsidRDefault="00000000">
      <w:pPr>
        <w:keepLines/>
        <w:spacing w:after="140" w:line="245" w:lineRule="auto"/>
        <w:ind w:left="317" w:hanging="317"/>
      </w:pPr>
      <w:r>
        <w:rPr>
          <w:color w:val="000000"/>
        </w:rPr>
        <w:t>Poulson, R. “Survival of the fittest.” WoodenBoat, Mar/Apr 1996, pp. 74-80.</w:t>
      </w:r>
    </w:p>
    <w:p w14:paraId="3809EF93" w14:textId="77777777" w:rsidR="008B157E" w:rsidRDefault="00000000">
      <w:pPr>
        <w:keepNext/>
        <w:spacing w:before="160"/>
      </w:pPr>
      <w:r>
        <w:rPr>
          <w:b/>
          <w:color w:val="1F4E78"/>
          <w:sz w:val="26"/>
        </w:rPr>
        <w:lastRenderedPageBreak/>
        <w:t>T</w:t>
      </w:r>
    </w:p>
    <w:p w14:paraId="7038BB48" w14:textId="77777777" w:rsidR="008B157E" w:rsidRDefault="00000000">
      <w:pPr>
        <w:keepLines/>
        <w:spacing w:after="140" w:line="245" w:lineRule="auto"/>
        <w:ind w:left="317" w:hanging="317"/>
      </w:pPr>
      <w:r>
        <w:rPr>
          <w:color w:val="000000"/>
        </w:rPr>
        <w:t>Taylor, R./Review. “Yacht Designs II.” WoodenBoat, May/Jun 1993, pp. 98-9.</w:t>
      </w:r>
    </w:p>
    <w:p w14:paraId="4B75B40A" w14:textId="77777777" w:rsidR="008B157E" w:rsidRDefault="00000000">
      <w:pPr>
        <w:keepNext/>
        <w:spacing w:before="160"/>
      </w:pPr>
      <w:r>
        <w:rPr>
          <w:b/>
          <w:color w:val="1F4E78"/>
          <w:sz w:val="26"/>
        </w:rPr>
        <w:t>W</w:t>
      </w:r>
    </w:p>
    <w:p w14:paraId="7D88B946" w14:textId="77777777" w:rsidR="008B157E" w:rsidRDefault="00000000">
      <w:pPr>
        <w:keepLines/>
        <w:spacing w:after="140" w:line="245" w:lineRule="auto"/>
        <w:ind w:left="317" w:hanging="317"/>
      </w:pPr>
      <w:r>
        <w:rPr>
          <w:color w:val="000000"/>
        </w:rPr>
        <w:t>While, J./Comment. “Strong roots in the region.” WoodenBoat, Sep/Oct 1984, pp. 134-7.</w:t>
      </w:r>
    </w:p>
    <w:sectPr w:rsidR="008B157E" w:rsidSect="00034616">
      <w:footerReference w:type="default" r:id="rId8"/>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13903" w14:textId="77777777" w:rsidR="0079711E" w:rsidRDefault="0079711E">
      <w:pPr>
        <w:spacing w:after="0" w:line="240" w:lineRule="auto"/>
      </w:pPr>
      <w:r>
        <w:separator/>
      </w:r>
    </w:p>
  </w:endnote>
  <w:endnote w:type="continuationSeparator" w:id="0">
    <w:p w14:paraId="3B741FCA" w14:textId="77777777" w:rsidR="0079711E" w:rsidRDefault="00797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C781" w14:textId="77777777" w:rsidR="008B157E" w:rsidRDefault="00000000">
    <w:pPr>
      <w:pStyle w:val="Footer"/>
      <w:jc w:val="center"/>
    </w:pPr>
    <w:r>
      <w:rPr>
        <w:color w:val="666666"/>
        <w:sz w:val="16"/>
      </w:rPr>
      <w:t xml:space="preserve">William Garden Ships Plans Collection  SP Coll. 096   |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4FF17" w14:textId="77777777" w:rsidR="0079711E" w:rsidRDefault="0079711E">
      <w:pPr>
        <w:spacing w:after="0" w:line="240" w:lineRule="auto"/>
      </w:pPr>
      <w:r>
        <w:separator/>
      </w:r>
    </w:p>
  </w:footnote>
  <w:footnote w:type="continuationSeparator" w:id="0">
    <w:p w14:paraId="78DE21CC" w14:textId="77777777" w:rsidR="0079711E" w:rsidRDefault="00797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7655722">
    <w:abstractNumId w:val="8"/>
  </w:num>
  <w:num w:numId="2" w16cid:durableId="1883520931">
    <w:abstractNumId w:val="6"/>
  </w:num>
  <w:num w:numId="3" w16cid:durableId="1646010180">
    <w:abstractNumId w:val="5"/>
  </w:num>
  <w:num w:numId="4" w16cid:durableId="1419793537">
    <w:abstractNumId w:val="4"/>
  </w:num>
  <w:num w:numId="5" w16cid:durableId="878007326">
    <w:abstractNumId w:val="7"/>
  </w:num>
  <w:num w:numId="6" w16cid:durableId="669872765">
    <w:abstractNumId w:val="3"/>
  </w:num>
  <w:num w:numId="7" w16cid:durableId="1880970530">
    <w:abstractNumId w:val="2"/>
  </w:num>
  <w:num w:numId="8" w16cid:durableId="1087850856">
    <w:abstractNumId w:val="1"/>
  </w:num>
  <w:num w:numId="9" w16cid:durableId="579146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3AEC"/>
    <w:rsid w:val="0015074B"/>
    <w:rsid w:val="002551F6"/>
    <w:rsid w:val="0029639D"/>
    <w:rsid w:val="002E7DB8"/>
    <w:rsid w:val="00326F90"/>
    <w:rsid w:val="005E5B8C"/>
    <w:rsid w:val="0079711E"/>
    <w:rsid w:val="008B157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8C880A"/>
  <w14:defaultImageDpi w14:val="300"/>
  <w15:docId w15:val="{4012ACFA-8DE7-452F-9461-5D988984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25</Pages>
  <Words>8570</Words>
  <Characters>48851</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Index to Published References for William Garden Designs</vt:lpstr>
    </vt:vector>
  </TitlesOfParts>
  <Manager/>
  <Company/>
  <LinksUpToDate>false</LinksUpToDate>
  <CharactersWithSpaces>57307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Index to Published References for William Garden Designs</dc:title>
  <dc:subject>William Garden Ships Plans Collection SP Coll. 096</dc:subject>
  <dc:creator>G.W. Blunt White Library, Mystic Seaport Museum</dc:creator>
  <cp:keywords/>
  <dc:description>generated by python-docx</dc:description>
  <cp:lastModifiedBy>Leah Prescott</cp:lastModifiedBy>
  <cp:revision>2</cp:revision>
  <dcterms:created xsi:type="dcterms:W3CDTF">2013-12-23T23:15:00Z</dcterms:created>
  <dcterms:modified xsi:type="dcterms:W3CDTF">2026-09-24T19:19:00Z</dcterms:modified>
  <cp:category/>
</cp:coreProperties>
</file>